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60BB9" w14:textId="77777777" w:rsidR="00CD5510" w:rsidRDefault="005F272A" w:rsidP="00CD5510">
      <w:pPr>
        <w:spacing w:line="360" w:lineRule="auto"/>
        <w:jc w:val="center"/>
        <w:rPr>
          <w:rFonts w:ascii="標楷體" w:eastAsia="標楷體" w:hAnsi="標楷體"/>
          <w:b/>
          <w:bCs/>
          <w:sz w:val="32"/>
          <w:szCs w:val="32"/>
          <w:lang w:eastAsia="zh-TW"/>
        </w:rPr>
      </w:pPr>
      <w:r w:rsidRPr="00CD5510">
        <w:rPr>
          <w:rFonts w:ascii="標楷體" w:eastAsia="標楷體" w:hAnsi="標楷體"/>
          <w:b/>
          <w:bCs/>
          <w:sz w:val="32"/>
          <w:szCs w:val="32"/>
          <w:lang w:eastAsia="zh-TW"/>
        </w:rPr>
        <w:t>國立清華大學研究人才資源中心</w:t>
      </w:r>
    </w:p>
    <w:p w14:paraId="210C76C5" w14:textId="6C0D76A2" w:rsidR="00D11146" w:rsidRPr="00CD5510" w:rsidRDefault="000646D8" w:rsidP="00251891">
      <w:pPr>
        <w:spacing w:after="360"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 w:rsidRPr="000646D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11</w:t>
      </w:r>
      <w:r w:rsidR="00DA5225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5</w:t>
      </w:r>
      <w:r w:rsidRPr="000646D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學年度</w:t>
      </w:r>
      <w:r w:rsidR="005729EB">
        <w:rPr>
          <w:rFonts w:ascii="標楷體" w:eastAsia="標楷體" w:hAnsi="標楷體" w:cs="Times New Roman" w:hint="eastAsia"/>
          <w:b/>
          <w:bCs/>
          <w:sz w:val="28"/>
          <w:szCs w:val="28"/>
          <w:lang w:eastAsia="zh-TW"/>
        </w:rPr>
        <w:t>「</w:t>
      </w:r>
      <w:r w:rsidR="005F272A" w:rsidRPr="00CD5510">
        <w:rPr>
          <w:rFonts w:ascii="標楷體" w:eastAsia="標楷體" w:hAnsi="標楷體"/>
          <w:b/>
          <w:bCs/>
          <w:sz w:val="28"/>
          <w:szCs w:val="28"/>
          <w:lang w:eastAsia="zh-TW"/>
        </w:rPr>
        <w:t>指導教授配合型</w:t>
      </w:r>
      <w:r w:rsidR="00CD5510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博士後</w:t>
      </w:r>
      <w:r w:rsidR="005F272A" w:rsidRPr="00CD5510">
        <w:rPr>
          <w:rFonts w:ascii="標楷體" w:eastAsia="標楷體" w:hAnsi="標楷體"/>
          <w:b/>
          <w:bCs/>
          <w:sz w:val="28"/>
          <w:szCs w:val="28"/>
          <w:lang w:eastAsia="zh-TW"/>
        </w:rPr>
        <w:t>激勵薪資</w:t>
      </w:r>
      <w:r w:rsidR="005729EB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」</w:t>
      </w:r>
      <w:r w:rsidR="005F272A" w:rsidRPr="00CD5510">
        <w:rPr>
          <w:rFonts w:ascii="標楷體" w:eastAsia="標楷體" w:hAnsi="標楷體"/>
          <w:b/>
          <w:bCs/>
          <w:sz w:val="28"/>
          <w:szCs w:val="28"/>
          <w:lang w:eastAsia="zh-TW"/>
        </w:rPr>
        <w:t>申請表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4390"/>
        <w:gridCol w:w="5528"/>
      </w:tblGrid>
      <w:tr w:rsidR="00D11146" w:rsidRPr="00CD5510" w14:paraId="2B417DBE" w14:textId="77777777" w:rsidTr="00251891">
        <w:tc>
          <w:tcPr>
            <w:tcW w:w="4390" w:type="dxa"/>
          </w:tcPr>
          <w:p w14:paraId="76353682" w14:textId="77777777" w:rsidR="00D11146" w:rsidRPr="00CD5510" w:rsidRDefault="005F272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申請人姓名</w:t>
            </w:r>
            <w:proofErr w:type="spellEnd"/>
          </w:p>
        </w:tc>
        <w:tc>
          <w:tcPr>
            <w:tcW w:w="5528" w:type="dxa"/>
          </w:tcPr>
          <w:p w14:paraId="72791C59" w14:textId="77777777" w:rsidR="00D11146" w:rsidRPr="00CD5510" w:rsidRDefault="00D11146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11146" w:rsidRPr="00CD5510" w14:paraId="7A8D2D30" w14:textId="77777777" w:rsidTr="00251891">
        <w:tc>
          <w:tcPr>
            <w:tcW w:w="4390" w:type="dxa"/>
          </w:tcPr>
          <w:p w14:paraId="0A819BCC" w14:textId="77777777" w:rsidR="00D11146" w:rsidRPr="00CD5510" w:rsidRDefault="005F272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所屬單位</w:t>
            </w:r>
            <w:proofErr w:type="spellEnd"/>
          </w:p>
        </w:tc>
        <w:tc>
          <w:tcPr>
            <w:tcW w:w="5528" w:type="dxa"/>
          </w:tcPr>
          <w:p w14:paraId="2942964F" w14:textId="77777777" w:rsidR="00D11146" w:rsidRPr="00CD5510" w:rsidRDefault="00D11146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11146" w:rsidRPr="00CD5510" w14:paraId="1FAB50A6" w14:textId="77777777" w:rsidTr="00251891">
        <w:tc>
          <w:tcPr>
            <w:tcW w:w="4390" w:type="dxa"/>
          </w:tcPr>
          <w:p w14:paraId="150B7823" w14:textId="7BFB22F6" w:rsidR="00D11146" w:rsidRPr="00CD5510" w:rsidRDefault="005F272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D5510">
              <w:rPr>
                <w:rFonts w:ascii="標楷體" w:eastAsia="標楷體" w:hAnsi="標楷體"/>
                <w:sz w:val="24"/>
                <w:szCs w:val="24"/>
                <w:lang w:eastAsia="zh-TW"/>
              </w:rPr>
              <w:t>博士後研究</w:t>
            </w:r>
            <w:r w:rsidR="005E2D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之</w:t>
            </w:r>
            <w:r w:rsidRPr="00CD5510">
              <w:rPr>
                <w:rFonts w:ascii="標楷體" w:eastAsia="標楷體" w:hAnsi="標楷體"/>
                <w:sz w:val="24"/>
                <w:szCs w:val="24"/>
                <w:lang w:eastAsia="zh-TW"/>
              </w:rPr>
              <w:t>計畫名稱</w:t>
            </w:r>
            <w:r w:rsidR="00CD551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與</w:t>
            </w:r>
            <w:r w:rsidR="002F245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計畫</w:t>
            </w:r>
            <w:r w:rsidR="00CD551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編號</w:t>
            </w:r>
          </w:p>
        </w:tc>
        <w:tc>
          <w:tcPr>
            <w:tcW w:w="5528" w:type="dxa"/>
          </w:tcPr>
          <w:p w14:paraId="72A34719" w14:textId="77777777" w:rsidR="00D11146" w:rsidRDefault="005E2D24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計畫名稱:</w:t>
            </w:r>
          </w:p>
          <w:p w14:paraId="740C8731" w14:textId="66A7A91F" w:rsidR="005E2D24" w:rsidRPr="00CD5510" w:rsidRDefault="004255DF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校內</w:t>
            </w:r>
            <w:r w:rsidR="005E2D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計畫編號:</w:t>
            </w:r>
          </w:p>
        </w:tc>
      </w:tr>
      <w:tr w:rsidR="00CD5510" w:rsidRPr="00CD5510" w14:paraId="62DBB55E" w14:textId="77777777" w:rsidTr="00251891">
        <w:tc>
          <w:tcPr>
            <w:tcW w:w="4390" w:type="dxa"/>
          </w:tcPr>
          <w:p w14:paraId="7A56E915" w14:textId="06AD143C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博士後任職起迄日期</w:t>
            </w:r>
            <w:proofErr w:type="spellEnd"/>
          </w:p>
        </w:tc>
        <w:tc>
          <w:tcPr>
            <w:tcW w:w="5528" w:type="dxa"/>
          </w:tcPr>
          <w:p w14:paraId="7338BDF1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D5510" w:rsidRPr="00CD5510" w14:paraId="343604B9" w14:textId="77777777" w:rsidTr="00251891">
        <w:tc>
          <w:tcPr>
            <w:tcW w:w="4390" w:type="dxa"/>
          </w:tcPr>
          <w:p w14:paraId="0A41AEE0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指導教授姓名</w:t>
            </w:r>
            <w:proofErr w:type="spellEnd"/>
          </w:p>
        </w:tc>
        <w:tc>
          <w:tcPr>
            <w:tcW w:w="5528" w:type="dxa"/>
          </w:tcPr>
          <w:p w14:paraId="14DE6E31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D5510" w:rsidRPr="00CD5510" w14:paraId="05762351" w14:textId="77777777" w:rsidTr="00251891">
        <w:tc>
          <w:tcPr>
            <w:tcW w:w="4390" w:type="dxa"/>
          </w:tcPr>
          <w:p w14:paraId="17600C85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指導教授所屬單位</w:t>
            </w:r>
            <w:proofErr w:type="spellEnd"/>
          </w:p>
        </w:tc>
        <w:tc>
          <w:tcPr>
            <w:tcW w:w="5528" w:type="dxa"/>
          </w:tcPr>
          <w:p w14:paraId="5ACCFF97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D5510" w:rsidRPr="00CD5510" w14:paraId="1E7BA600" w14:textId="77777777" w:rsidTr="00251891">
        <w:tc>
          <w:tcPr>
            <w:tcW w:w="4390" w:type="dxa"/>
          </w:tcPr>
          <w:p w14:paraId="1BD4AC8A" w14:textId="008DB520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D5510">
              <w:rPr>
                <w:rFonts w:ascii="標楷體" w:eastAsia="標楷體" w:hAnsi="標楷體"/>
                <w:lang w:eastAsia="zh-TW"/>
              </w:rPr>
              <w:t>指導教授擬提撥之每月配合薪資金額（新臺幣）</w:t>
            </w:r>
          </w:p>
        </w:tc>
        <w:tc>
          <w:tcPr>
            <w:tcW w:w="5528" w:type="dxa"/>
          </w:tcPr>
          <w:p w14:paraId="48EBF0A4" w14:textId="49518759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1124F" w:rsidRPr="00CD5510" w14:paraId="2777A5C6" w14:textId="77777777" w:rsidTr="00251891">
        <w:tc>
          <w:tcPr>
            <w:tcW w:w="4390" w:type="dxa"/>
          </w:tcPr>
          <w:p w14:paraId="1E116091" w14:textId="47369F98" w:rsidR="00A1124F" w:rsidRPr="00A1124F" w:rsidRDefault="00A1124F" w:rsidP="00A1124F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proofErr w:type="gramStart"/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提撥</w:t>
            </w:r>
            <w:proofErr w:type="gramEnd"/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配合薪資之期間</w:t>
            </w:r>
            <w:r w:rsidR="00AB099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(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起訖月份，例如：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11</w:t>
            </w:r>
            <w:r w:rsidR="00DA522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8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月至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11</w:t>
            </w:r>
            <w:r w:rsidR="00DA522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7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月；最長可至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11</w:t>
            </w:r>
            <w:r w:rsidR="00DA522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7</w:t>
            </w:r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proofErr w:type="gramStart"/>
            <w:r w:rsidRPr="00A1124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</w:t>
            </w:r>
            <w:proofErr w:type="gramEnd"/>
          </w:p>
        </w:tc>
        <w:tc>
          <w:tcPr>
            <w:tcW w:w="5528" w:type="dxa"/>
          </w:tcPr>
          <w:p w14:paraId="014EEFFF" w14:textId="77777777" w:rsidR="00A1124F" w:rsidRDefault="00A1124F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</w:p>
          <w:p w14:paraId="1BB26FCC" w14:textId="078E8347" w:rsidR="00A1124F" w:rsidRPr="00A1124F" w:rsidRDefault="00A1124F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A1124F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 w:rsidRPr="00A1124F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月 至</w:t>
            </w:r>
            <w:r w:rsidRPr="00A1124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A1124F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 w:rsidRPr="00A1124F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月</w:t>
            </w:r>
          </w:p>
        </w:tc>
      </w:tr>
      <w:tr w:rsidR="00CD5510" w:rsidRPr="00CD5510" w14:paraId="4E991730" w14:textId="77777777" w:rsidTr="00251891">
        <w:tc>
          <w:tcPr>
            <w:tcW w:w="4390" w:type="dxa"/>
          </w:tcPr>
          <w:p w14:paraId="7468B4DA" w14:textId="5ED91FAE" w:rsidR="00CD5510" w:rsidRPr="003772A1" w:rsidRDefault="003772A1" w:rsidP="00A1124F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772A1">
              <w:rPr>
                <w:rFonts w:ascii="標楷體" w:eastAsia="標楷體" w:hAnsi="標楷體"/>
                <w:sz w:val="24"/>
                <w:szCs w:val="24"/>
                <w:lang w:eastAsia="zh-TW"/>
              </w:rPr>
              <w:t>指導教授</w:t>
            </w:r>
            <w:proofErr w:type="gramStart"/>
            <w:r w:rsidRPr="003772A1">
              <w:rPr>
                <w:rFonts w:ascii="標楷體" w:eastAsia="標楷體" w:hAnsi="標楷體"/>
                <w:sz w:val="24"/>
                <w:szCs w:val="24"/>
                <w:lang w:eastAsia="zh-TW"/>
              </w:rPr>
              <w:t>提撥</w:t>
            </w:r>
            <w:proofErr w:type="gramEnd"/>
            <w:r w:rsidRPr="003772A1">
              <w:rPr>
                <w:rFonts w:ascii="標楷體" w:eastAsia="標楷體" w:hAnsi="標楷體"/>
                <w:sz w:val="24"/>
                <w:szCs w:val="24"/>
                <w:lang w:eastAsia="zh-TW"/>
              </w:rPr>
              <w:t>之配合薪資</w:t>
            </w:r>
            <w:r w:rsidR="00CD5510" w:rsidRPr="003772A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之</w:t>
            </w:r>
            <w:r w:rsidR="00CD5510" w:rsidRPr="003772A1">
              <w:rPr>
                <w:rFonts w:ascii="標楷體" w:eastAsia="標楷體" w:hAnsi="標楷體"/>
                <w:sz w:val="24"/>
                <w:szCs w:val="24"/>
                <w:lang w:eastAsia="zh-TW"/>
              </w:rPr>
              <w:t>經費來源</w:t>
            </w:r>
            <w:r w:rsidR="005729EB" w:rsidRPr="003772A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(請勾選)</w:t>
            </w:r>
          </w:p>
          <w:p w14:paraId="75E9A7D8" w14:textId="6F3D2C9C" w:rsidR="00136032" w:rsidRPr="00597EB7" w:rsidRDefault="003772A1" w:rsidP="003772A1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A5225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*</w:t>
            </w:r>
            <w:r w:rsidR="00136032" w:rsidRPr="00DA5225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請指導教授務必確認所配合之經費可支激勵性薪資，嗣後經費因故無法核銷時，將取消申請資格</w:t>
            </w:r>
            <w:r w:rsidRPr="00DA5225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。</w:t>
            </w:r>
          </w:p>
          <w:p w14:paraId="449FC1FB" w14:textId="77777777" w:rsidR="00F039EF" w:rsidRPr="00597EB7" w:rsidRDefault="00F039EF" w:rsidP="00A1124F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  <w:p w14:paraId="7D9B181A" w14:textId="325159AA" w:rsidR="005E2D24" w:rsidRPr="00597EB7" w:rsidRDefault="005E2D24" w:rsidP="00A1124F">
            <w:pPr>
              <w:rPr>
                <w:rFonts w:ascii="標楷體" w:eastAsia="標楷體" w:hAnsi="標楷體"/>
                <w:color w:val="000000" w:themeColor="text1"/>
                <w:szCs w:val="24"/>
                <w:lang w:eastAsia="zh-TW"/>
              </w:rPr>
            </w:pPr>
            <w:r w:rsidRPr="00597EB7">
              <w:rPr>
                <w:rFonts w:ascii="標楷體" w:eastAsia="標楷體" w:hAnsi="標楷體" w:hint="eastAsia"/>
                <w:color w:val="000000" w:themeColor="text1"/>
                <w:szCs w:val="24"/>
                <w:lang w:eastAsia="zh-TW"/>
              </w:rPr>
              <w:t>備註:</w:t>
            </w:r>
          </w:p>
          <w:p w14:paraId="3032A75D" w14:textId="0AB71BE2" w:rsidR="005E2D24" w:rsidRPr="00597EB7" w:rsidRDefault="00136032" w:rsidP="00F039EF">
            <w:pPr>
              <w:ind w:left="163" w:hangingChars="68" w:hanging="163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1.</w:t>
            </w:r>
            <w:r w:rsidR="005E2D24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國科會專題研究計畫經費不得支給</w:t>
            </w:r>
            <w:r w:rsidR="004A1480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激勵性薪資</w:t>
            </w:r>
            <w:r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78167271" w14:textId="2BB00FAA" w:rsidR="00136032" w:rsidRPr="00CD5510" w:rsidRDefault="00136032" w:rsidP="00F039EF">
            <w:pPr>
              <w:ind w:left="163" w:hangingChars="68" w:hanging="16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2.補助或委辦計畫</w:t>
            </w:r>
            <w:r w:rsidR="00224026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="004A1480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原則不得支給激勵性薪資，</w:t>
            </w:r>
            <w:r w:rsidR="00224026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應</w:t>
            </w:r>
            <w:r w:rsidR="004A1480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依合約或核定</w:t>
            </w:r>
            <w:r w:rsidR="00224026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內容</w:t>
            </w:r>
            <w:r w:rsidR="004A1480" w:rsidRPr="00597E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執行。</w:t>
            </w:r>
          </w:p>
        </w:tc>
        <w:tc>
          <w:tcPr>
            <w:tcW w:w="5528" w:type="dxa"/>
          </w:tcPr>
          <w:p w14:paraId="45A359E6" w14:textId="45CF347F" w:rsidR="005E2D24" w:rsidRDefault="005E2D24" w:rsidP="005729EB">
            <w:pPr>
              <w:spacing w:line="320" w:lineRule="exact"/>
              <w:rPr>
                <w:rFonts w:ascii="標楷體" w:eastAsia="標楷體" w:hAnsi="標楷體"/>
                <w:lang w:eastAsia="zh-TW"/>
              </w:rPr>
            </w:pPr>
            <w:r w:rsidRPr="00CE23B2">
              <w:rPr>
                <w:rFonts w:ascii="標楷體" w:eastAsia="標楷體" w:hAnsi="標楷體" w:hint="eastAsia"/>
                <w:lang w:eastAsia="zh-TW"/>
              </w:rPr>
              <w:sym w:font="Webdings" w:char="F063"/>
            </w:r>
            <w:r w:rsidRPr="00CE23B2">
              <w:rPr>
                <w:rFonts w:ascii="標楷體" w:eastAsia="標楷體" w:hAnsi="標楷體" w:hint="eastAsia"/>
                <w:lang w:eastAsia="zh-TW"/>
              </w:rPr>
              <w:t xml:space="preserve"> 管理費</w:t>
            </w:r>
          </w:p>
          <w:p w14:paraId="47D34763" w14:textId="77777777" w:rsidR="00136032" w:rsidRPr="00597EB7" w:rsidRDefault="00136032" w:rsidP="00136032">
            <w:pPr>
              <w:spacing w:line="320" w:lineRule="exact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597EB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計畫名稱:</w:t>
            </w:r>
          </w:p>
          <w:p w14:paraId="391DD077" w14:textId="7C14908B" w:rsidR="00136032" w:rsidRPr="00597EB7" w:rsidRDefault="002F2450" w:rsidP="00136032">
            <w:pPr>
              <w:spacing w:line="320" w:lineRule="exact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校內</w:t>
            </w:r>
            <w:r w:rsidR="00136032" w:rsidRPr="00597EB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計畫編號:</w:t>
            </w:r>
          </w:p>
          <w:p w14:paraId="03DAD0B3" w14:textId="5059E981" w:rsidR="005E2D24" w:rsidRPr="00CE23B2" w:rsidRDefault="005E2D24" w:rsidP="005729EB">
            <w:pPr>
              <w:spacing w:beforeLines="50" w:before="120" w:line="320" w:lineRule="exact"/>
              <w:rPr>
                <w:rFonts w:ascii="標楷體" w:eastAsia="標楷體" w:hAnsi="標楷體"/>
                <w:lang w:eastAsia="zh-TW"/>
              </w:rPr>
            </w:pPr>
            <w:r w:rsidRPr="00CE23B2">
              <w:rPr>
                <w:rFonts w:ascii="標楷體" w:eastAsia="標楷體" w:hAnsi="標楷體" w:hint="eastAsia"/>
                <w:lang w:eastAsia="zh-TW"/>
              </w:rPr>
              <w:sym w:font="Webdings" w:char="F063"/>
            </w:r>
            <w:r w:rsidRPr="00CE23B2">
              <w:rPr>
                <w:rFonts w:ascii="標楷體" w:eastAsia="標楷體" w:hAnsi="標楷體" w:hint="eastAsia"/>
                <w:lang w:eastAsia="zh-TW"/>
              </w:rPr>
              <w:t xml:space="preserve"> 研究計畫</w:t>
            </w:r>
          </w:p>
          <w:p w14:paraId="6DC40F58" w14:textId="5404FDC4" w:rsidR="005E2D24" w:rsidRPr="00CE23B2" w:rsidRDefault="005E2D24" w:rsidP="005729EB">
            <w:pPr>
              <w:spacing w:line="320" w:lineRule="exact"/>
              <w:rPr>
                <w:rFonts w:ascii="標楷體" w:eastAsia="標楷體" w:hAnsi="標楷體"/>
                <w:lang w:eastAsia="zh-TW"/>
              </w:rPr>
            </w:pPr>
            <w:r w:rsidRPr="00CE23B2">
              <w:rPr>
                <w:rFonts w:ascii="標楷體" w:eastAsia="標楷體" w:hAnsi="標楷體" w:hint="eastAsia"/>
                <w:lang w:eastAsia="zh-TW"/>
              </w:rPr>
              <w:t>計畫名稱:</w:t>
            </w:r>
          </w:p>
          <w:p w14:paraId="2732D5CF" w14:textId="34F0D4BF" w:rsidR="005E2D24" w:rsidRPr="00CE23B2" w:rsidRDefault="002F2450" w:rsidP="005729EB">
            <w:pPr>
              <w:spacing w:line="320" w:lineRule="exact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校內</w:t>
            </w:r>
            <w:r w:rsidR="005E2D24" w:rsidRPr="00CE23B2">
              <w:rPr>
                <w:rFonts w:ascii="標楷體" w:eastAsia="標楷體" w:hAnsi="標楷體" w:hint="eastAsia"/>
                <w:lang w:eastAsia="zh-TW"/>
              </w:rPr>
              <w:t>計畫編號:</w:t>
            </w:r>
          </w:p>
          <w:p w14:paraId="73323E20" w14:textId="77777777" w:rsidR="005E2D24" w:rsidRPr="00CE23B2" w:rsidRDefault="005E2D24" w:rsidP="005729EB">
            <w:pPr>
              <w:spacing w:line="320" w:lineRule="exact"/>
              <w:rPr>
                <w:rFonts w:ascii="標楷體" w:eastAsia="標楷體" w:hAnsi="標楷體"/>
                <w:lang w:eastAsia="zh-TW"/>
              </w:rPr>
            </w:pPr>
            <w:r w:rsidRPr="00CE23B2">
              <w:rPr>
                <w:rFonts w:ascii="標楷體" w:eastAsia="標楷體" w:hAnsi="標楷體" w:hint="eastAsia"/>
                <w:lang w:eastAsia="zh-TW"/>
              </w:rPr>
              <w:t>補助單位:</w:t>
            </w:r>
          </w:p>
          <w:p w14:paraId="5CC87161" w14:textId="245FCE76" w:rsidR="005E2D24" w:rsidRPr="00CE23B2" w:rsidRDefault="005E2D24" w:rsidP="005729EB">
            <w:pPr>
              <w:spacing w:beforeLines="50" w:before="120" w:line="320" w:lineRule="exact"/>
              <w:rPr>
                <w:rFonts w:ascii="標楷體" w:eastAsia="標楷體" w:hAnsi="標楷體"/>
                <w:lang w:eastAsia="zh-TW"/>
              </w:rPr>
            </w:pPr>
            <w:r w:rsidRPr="00CE23B2">
              <w:rPr>
                <w:rFonts w:ascii="標楷體" w:eastAsia="標楷體" w:hAnsi="標楷體" w:hint="eastAsia"/>
                <w:lang w:eastAsia="zh-TW"/>
              </w:rPr>
              <w:sym w:font="Webdings" w:char="F063"/>
            </w:r>
            <w:r w:rsidRPr="00CE23B2">
              <w:rPr>
                <w:rFonts w:ascii="標楷體" w:eastAsia="標楷體" w:hAnsi="標楷體" w:hint="eastAsia"/>
                <w:lang w:eastAsia="zh-TW"/>
              </w:rPr>
              <w:t xml:space="preserve"> 其他(請說明)</w:t>
            </w:r>
          </w:p>
          <w:p w14:paraId="10314E64" w14:textId="3BF1820A" w:rsidR="005729EB" w:rsidRPr="00CD5510" w:rsidRDefault="005729EB" w:rsidP="005729EB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14:paraId="06EFC8DE" w14:textId="77777777" w:rsidR="00DC70FD" w:rsidRDefault="00DC70FD" w:rsidP="00DC70FD">
      <w:pPr>
        <w:rPr>
          <w:rFonts w:ascii="標楷體" w:eastAsia="標楷體" w:hAnsi="標楷體"/>
          <w:b/>
          <w:bCs/>
          <w:lang w:eastAsia="zh-TW"/>
        </w:rPr>
      </w:pPr>
    </w:p>
    <w:p w14:paraId="0DF4AEB1" w14:textId="582E38FC" w:rsidR="00DC70FD" w:rsidRPr="00DC70FD" w:rsidRDefault="00DC70FD" w:rsidP="00E50E53">
      <w:pPr>
        <w:pStyle w:val="ae"/>
        <w:numPr>
          <w:ilvl w:val="0"/>
          <w:numId w:val="14"/>
        </w:numPr>
        <w:spacing w:after="0"/>
        <w:rPr>
          <w:rFonts w:ascii="標楷體" w:eastAsia="標楷體" w:hAnsi="標楷體"/>
          <w:b/>
          <w:bCs/>
          <w:sz w:val="24"/>
          <w:szCs w:val="24"/>
          <w:lang w:eastAsia="zh-TW"/>
        </w:rPr>
      </w:pPr>
      <w:r w:rsidRPr="00DC70FD"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t>指導教授提供</w:t>
      </w:r>
      <w:r w:rsidR="00AB099A"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t>配合</w:t>
      </w:r>
      <w:r w:rsidRPr="00DC70FD"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t>薪資之</w:t>
      </w:r>
      <w:r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t>原因</w:t>
      </w:r>
      <w:r w:rsidRPr="00DC70FD">
        <w:rPr>
          <w:rFonts w:ascii="標楷體" w:eastAsia="標楷體" w:hAnsi="標楷體"/>
          <w:b/>
          <w:bCs/>
          <w:sz w:val="24"/>
          <w:szCs w:val="24"/>
          <w:lang w:eastAsia="zh-TW"/>
        </w:rPr>
        <w:t>（可複選）</w:t>
      </w:r>
    </w:p>
    <w:p w14:paraId="7EDE75D8" w14:textId="6A9B32FE" w:rsidR="00DC70FD" w:rsidRPr="00DC70FD" w:rsidRDefault="00DC70FD" w:rsidP="00E50E53">
      <w:pPr>
        <w:spacing w:after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請勾選適用項目：</w:t>
      </w:r>
    </w:p>
    <w:p w14:paraId="375BCC7E" w14:textId="77777777" w:rsidR="00DC70FD" w:rsidRPr="00DC70FD" w:rsidRDefault="00DC70FD" w:rsidP="005729EB">
      <w:pPr>
        <w:spacing w:after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□ 博士後研究員具稀少專長或跨域能力，對本實驗室研究具有關鍵貢獻</w:t>
      </w:r>
    </w:p>
    <w:p w14:paraId="57C0BC56" w14:textId="77777777" w:rsidR="00DC70FD" w:rsidRPr="00DC70FD" w:rsidRDefault="00DC70FD" w:rsidP="005729EB">
      <w:pPr>
        <w:spacing w:after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□ 博士後研究員研究表現傑出，具有高產出潛力（如發表、技轉、得獎等）</w:t>
      </w:r>
    </w:p>
    <w:p w14:paraId="180622C9" w14:textId="77777777" w:rsidR="00DC70FD" w:rsidRPr="00DC70FD" w:rsidRDefault="00DC70FD" w:rsidP="005729EB">
      <w:pPr>
        <w:spacing w:after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□ 博士後研究員需協助執行多項研究計畫或具團隊協調角色</w:t>
      </w:r>
    </w:p>
    <w:p w14:paraId="3E712FF1" w14:textId="292E169E" w:rsidR="00DC70FD" w:rsidRPr="00DC70FD" w:rsidRDefault="00DC70FD" w:rsidP="005729EB">
      <w:pPr>
        <w:spacing w:after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□ 其他</w:t>
      </w:r>
      <w:r w:rsidR="00D31BB0" w:rsidRPr="00DC70FD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</w:t>
      </w:r>
      <w:r w:rsidRPr="00DC70FD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(請說明)</w:t>
      </w:r>
      <w:r w:rsidRPr="00DC70FD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：</w:t>
      </w:r>
    </w:p>
    <w:p w14:paraId="0E0327CA" w14:textId="77777777" w:rsidR="005729EB" w:rsidRPr="005F272A" w:rsidRDefault="005729EB" w:rsidP="005729EB">
      <w:pPr>
        <w:pStyle w:val="ae"/>
        <w:numPr>
          <w:ilvl w:val="0"/>
          <w:numId w:val="10"/>
        </w:numPr>
        <w:spacing w:line="360" w:lineRule="auto"/>
        <w:rPr>
          <w:rFonts w:ascii="標楷體" w:eastAsia="標楷體" w:hAnsi="標楷體"/>
          <w:b/>
          <w:bCs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b/>
          <w:bCs/>
          <w:sz w:val="24"/>
          <w:szCs w:val="24"/>
          <w:lang w:eastAsia="zh-TW"/>
        </w:rPr>
        <w:lastRenderedPageBreak/>
        <w:t>申請人研究簡述（限300字內）：</w:t>
      </w:r>
    </w:p>
    <w:p w14:paraId="2A1A38B1" w14:textId="6784C567" w:rsidR="005729EB" w:rsidRPr="005F272A" w:rsidRDefault="005729EB" w:rsidP="000255D2">
      <w:pPr>
        <w:ind w:left="139" w:hangingChars="58" w:hanging="139"/>
        <w:rPr>
          <w:rFonts w:ascii="標楷體" w:eastAsia="標楷體" w:hAnsi="標楷體"/>
          <w:color w:val="0000FF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color w:val="0000FF"/>
          <w:sz w:val="24"/>
          <w:szCs w:val="24"/>
          <w:lang w:eastAsia="zh-TW"/>
        </w:rPr>
        <w:t>（請說明目前研究內容與預期成果</w:t>
      </w:r>
      <w:r w:rsidR="00597EB7">
        <w:rPr>
          <w:rFonts w:ascii="標楷體" w:eastAsia="標楷體" w:hAnsi="標楷體"/>
          <w:color w:val="0000FF"/>
          <w:sz w:val="24"/>
          <w:szCs w:val="24"/>
          <w:lang w:eastAsia="zh-TW"/>
        </w:rPr>
        <w:t>）</w:t>
      </w:r>
    </w:p>
    <w:p w14:paraId="416FB820" w14:textId="4AFD9CA4" w:rsidR="00DC70FD" w:rsidRDefault="00DC70FD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459EB843" w14:textId="750FB9B4" w:rsidR="005729EB" w:rsidRDefault="005729EB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775426A6" w14:textId="54DEDDC1" w:rsidR="005729EB" w:rsidRDefault="005729EB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4EE2655" w14:textId="3F414FF7" w:rsidR="00E50E53" w:rsidRDefault="00E50E53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47A57C57" w14:textId="329FE5A1" w:rsidR="00E50E53" w:rsidRDefault="00E50E53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3B392B07" w14:textId="74F8D21B" w:rsidR="00E50E53" w:rsidRDefault="00E50E53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8A14FDF" w14:textId="77777777" w:rsidR="007F778E" w:rsidRDefault="007F778E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F09ED6B" w14:textId="3FF906A2" w:rsidR="005729EB" w:rsidRDefault="005729EB" w:rsidP="00CD5510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sz w:val="24"/>
          <w:szCs w:val="24"/>
          <w:lang w:eastAsia="zh-TW"/>
        </w:rPr>
        <w:t>申請人簽章：________________________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　　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>日期：</w:t>
      </w:r>
      <w:r w:rsidR="004255DF" w:rsidRPr="005F272A">
        <w:rPr>
          <w:rFonts w:ascii="標楷體" w:eastAsia="標楷體" w:hAnsi="標楷體"/>
          <w:sz w:val="24"/>
          <w:szCs w:val="24"/>
          <w:lang w:eastAsia="zh-TW"/>
        </w:rPr>
        <w:t>______________</w:t>
      </w:r>
    </w:p>
    <w:p w14:paraId="4601F9F4" w14:textId="789E4E6C" w:rsidR="00E50E53" w:rsidRPr="00CD1A4A" w:rsidRDefault="005F272A" w:rsidP="00CD1A4A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指導教授簽章：______________________  </w:t>
      </w:r>
      <w:r w:rsidR="004255DF">
        <w:rPr>
          <w:rFonts w:ascii="標楷體" w:eastAsia="標楷體" w:hAnsi="標楷體" w:hint="eastAsia"/>
          <w:sz w:val="24"/>
          <w:szCs w:val="24"/>
          <w:lang w:eastAsia="zh-TW"/>
        </w:rPr>
        <w:t xml:space="preserve">  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  日期：______________</w:t>
      </w:r>
    </w:p>
    <w:p w14:paraId="65551572" w14:textId="0A840A36" w:rsidR="00D11146" w:rsidRPr="005729EB" w:rsidRDefault="005F272A" w:rsidP="005729EB">
      <w:pPr>
        <w:pStyle w:val="ae"/>
        <w:numPr>
          <w:ilvl w:val="0"/>
          <w:numId w:val="10"/>
        </w:numPr>
        <w:rPr>
          <w:rFonts w:ascii="標楷體" w:eastAsia="標楷體" w:hAnsi="標楷體"/>
          <w:b/>
          <w:bCs/>
          <w:sz w:val="24"/>
          <w:szCs w:val="24"/>
          <w:lang w:eastAsia="zh-TW"/>
        </w:rPr>
      </w:pPr>
      <w:r w:rsidRPr="005729EB">
        <w:rPr>
          <w:rFonts w:ascii="標楷體" w:eastAsia="標楷體" w:hAnsi="標楷體"/>
          <w:b/>
          <w:bCs/>
          <w:sz w:val="24"/>
          <w:szCs w:val="24"/>
          <w:lang w:eastAsia="zh-TW"/>
        </w:rPr>
        <w:t>備註：</w:t>
      </w:r>
    </w:p>
    <w:p w14:paraId="0C24ADDA" w14:textId="54EA9F12" w:rsidR="00D11146" w:rsidRPr="007F778E" w:rsidRDefault="00E50E53" w:rsidP="000255D2">
      <w:pPr>
        <w:pStyle w:val="ae"/>
        <w:numPr>
          <w:ilvl w:val="0"/>
          <w:numId w:val="18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標楷體" w:eastAsia="標楷體" w:hAnsi="標楷體"/>
          <w:sz w:val="24"/>
          <w:szCs w:val="24"/>
          <w:lang w:eastAsia="zh-TW"/>
        </w:rPr>
        <w:t>本表填妥後，申請人應於研究人才資源中心公告期限</w:t>
      </w:r>
      <w:r w:rsidRPr="00E50E53">
        <w:rPr>
          <w:rFonts w:ascii="標楷體" w:eastAsia="標楷體" w:hAnsi="標楷體" w:cs="微軟正黑體" w:hint="eastAsia"/>
          <w:sz w:val="24"/>
          <w:szCs w:val="24"/>
          <w:lang w:eastAsia="zh-TW"/>
        </w:rPr>
        <w:t>內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，自校務資訊系統</w:t>
      </w:r>
      <w:r w:rsidR="00CD1A4A" w:rsidRPr="00040B54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hyperlink r:id="rId8" w:history="1">
        <w:r w:rsidR="00CD1A4A" w:rsidRPr="00FB7C22">
          <w:rPr>
            <w:rStyle w:val="affb"/>
            <w:rFonts w:ascii="Times New Roman" w:eastAsia="標楷體" w:hAnsi="Times New Roman" w:cs="Times New Roman"/>
            <w:sz w:val="24"/>
            <w:szCs w:val="24"/>
            <w:lang w:eastAsia="zh-TW"/>
          </w:rPr>
          <w:t>https://www.ccxp.nthu.edu.tw/ccxp/INQUIRE/</w:t>
        </w:r>
      </w:hyperlink>
      <w:r w:rsidR="00CD1A4A" w:rsidRPr="00040B54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進入「研發處資訊系統」</w:t>
      </w:r>
      <w:r w:rsidR="000255D2" w:rsidRPr="00597EB7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→</w:t>
      </w:r>
      <w:r w:rsidR="000255D2" w:rsidRPr="00597EB7">
        <w:rPr>
          <w:rFonts w:ascii="標楷體" w:eastAsia="標楷體" w:hAnsi="標楷體" w:cs="MS Mincho" w:hint="eastAsia"/>
          <w:b/>
          <w:color w:val="000000" w:themeColor="text1"/>
          <w:sz w:val="24"/>
          <w:szCs w:val="24"/>
          <w:lang w:eastAsia="zh-TW"/>
        </w:rPr>
        <w:t>「研究人才資源中心資訊系統」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之申請介面上傳提交</w:t>
      </w:r>
      <w:r w:rsidR="003772A1" w:rsidRPr="003772A1">
        <w:rPr>
          <w:rFonts w:ascii="Times New Roman" w:eastAsia="標楷體" w:hAnsi="Times New Roman" w:cs="Times New Roman"/>
          <w:sz w:val="24"/>
          <w:szCs w:val="24"/>
          <w:lang w:eastAsia="zh-TW"/>
        </w:rPr>
        <w:t>(PDF</w:t>
      </w:r>
      <w:r w:rsidR="003772A1" w:rsidRPr="003772A1">
        <w:rPr>
          <w:rFonts w:ascii="Times New Roman" w:eastAsia="標楷體" w:hAnsi="Times New Roman" w:cs="Times New Roman"/>
          <w:sz w:val="24"/>
          <w:szCs w:val="24"/>
          <w:lang w:eastAsia="zh-TW"/>
        </w:rPr>
        <w:t>檔</w:t>
      </w:r>
      <w:r w:rsidR="003772A1">
        <w:rPr>
          <w:rFonts w:ascii="標楷體" w:eastAsia="標楷體" w:hAnsi="標楷體" w:cs="MS Mincho" w:hint="eastAsia"/>
          <w:sz w:val="24"/>
          <w:szCs w:val="24"/>
          <w:lang w:eastAsia="zh-TW"/>
        </w:rPr>
        <w:t>)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，逾期恕不受理。</w:t>
      </w:r>
    </w:p>
    <w:p w14:paraId="3D4D9427" w14:textId="22166840" w:rsidR="007F778E" w:rsidRPr="00E50E53" w:rsidRDefault="007F778E" w:rsidP="000255D2">
      <w:pPr>
        <w:pStyle w:val="ae"/>
        <w:numPr>
          <w:ilvl w:val="0"/>
          <w:numId w:val="18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申請人另須上傳以下</w:t>
      </w:r>
      <w:r w:rsidR="00597EB7">
        <w:rPr>
          <w:rFonts w:ascii="Times New Roman" w:eastAsia="標楷體" w:hAnsi="Times New Roman" w:cs="Times New Roman" w:hint="eastAsia"/>
          <w:b/>
          <w:bCs/>
          <w:sz w:val="24"/>
          <w:szCs w:val="24"/>
          <w:lang w:eastAsia="zh-TW"/>
        </w:rPr>
        <w:t>附件</w:t>
      </w: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資料</w:t>
      </w:r>
      <w:r>
        <w:rPr>
          <w:rFonts w:ascii="Times New Roman" w:eastAsia="標楷體" w:hAnsi="Times New Roman" w:cs="Times New Roman" w:hint="eastAsia"/>
          <w:b/>
          <w:bCs/>
          <w:sz w:val="24"/>
          <w:szCs w:val="24"/>
          <w:lang w:eastAsia="zh-TW"/>
        </w:rPr>
        <w:t xml:space="preserve"> </w:t>
      </w:r>
      <w:r w:rsidRPr="000227E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請將資料合併成一份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PDF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檔，再上傳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:</w:t>
      </w:r>
    </w:p>
    <w:p w14:paraId="4AE7D67F" w14:textId="5FA72788" w:rsidR="007F778E" w:rsidRDefault="00E041D6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 w:rsidR="002F245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博士後研究人員資料表</w:t>
      </w:r>
    </w:p>
    <w:p w14:paraId="1B410F25" w14:textId="317D624F" w:rsidR="007F778E" w:rsidRDefault="00E041D6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(2)</w:t>
      </w:r>
      <w:r w:rsidR="002F2450" w:rsidRPr="002F245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2F2450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博士後指導教授推薦信</w:t>
      </w:r>
    </w:p>
    <w:p w14:paraId="1389D945" w14:textId="0AE0A2A8" w:rsidR="007F778E" w:rsidRDefault="00E041D6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(3)</w:t>
      </w:r>
      <w:r w:rsidR="002F2450" w:rsidRPr="002F245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2F2450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個人履歷</w:t>
      </w:r>
    </w:p>
    <w:p w14:paraId="5EB2749D" w14:textId="66CCCF1C" w:rsidR="007F778E" w:rsidRDefault="00E041D6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 w:rsidR="002F245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2F2450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著作目錄</w:t>
      </w:r>
    </w:p>
    <w:p w14:paraId="0DE4681B" w14:textId="4B053CE4" w:rsidR="007F778E" w:rsidRDefault="00E041D6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(5)</w:t>
      </w:r>
      <w:r w:rsidR="002F245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其他有助審查資料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非必須提供</w:t>
      </w:r>
      <w:proofErr w:type="gramStart"/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proofErr w:type="gramEnd"/>
    </w:p>
    <w:p w14:paraId="6E11F6A0" w14:textId="592DBFC2" w:rsidR="002F2450" w:rsidRPr="007F778E" w:rsidRDefault="002F2450" w:rsidP="000255D2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(6) 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前一年度研究工作報告</w:t>
      </w:r>
      <w:bookmarkStart w:id="0" w:name="_GoBack"/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目前已受研究人才資源中心激勵薪資</w:t>
      </w:r>
      <w:r w:rsidR="003D57F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或小型專案計畫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補助者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bookmarkEnd w:id="0"/>
    </w:p>
    <w:p w14:paraId="762E4C33" w14:textId="286C18A7" w:rsidR="00D11146" w:rsidRPr="007F778E" w:rsidRDefault="00E041D6" w:rsidP="000255D2">
      <w:pPr>
        <w:pStyle w:val="ae"/>
        <w:numPr>
          <w:ilvl w:val="0"/>
          <w:numId w:val="18"/>
        </w:numPr>
        <w:spacing w:after="0" w:line="36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F778E">
        <w:rPr>
          <w:rFonts w:ascii="Times New Roman" w:eastAsia="標楷體" w:hAnsi="Times New Roman" w:cs="Times New Roman"/>
          <w:sz w:val="24"/>
          <w:szCs w:val="24"/>
          <w:lang w:eastAsia="zh-TW"/>
        </w:rPr>
        <w:t>研究人才資源中心對經審</w:t>
      </w:r>
      <w:r w:rsidRPr="007F778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查通過者所提供之激勵性薪資，每月上限為新台幣二萬元，實際核定金額由中心審議委員會依個案</w:t>
      </w:r>
      <w:r w:rsidR="00C46664" w:rsidRPr="007F778E">
        <w:rPr>
          <w:rFonts w:ascii="Times New Roman" w:eastAsia="標楷體" w:hAnsi="Times New Roman" w:cs="Times New Roman"/>
          <w:sz w:val="24"/>
          <w:szCs w:val="24"/>
          <w:lang w:eastAsia="zh-TW"/>
        </w:rPr>
        <w:t>審酌決定。</w:t>
      </w:r>
    </w:p>
    <w:p w14:paraId="4ED1A0BC" w14:textId="6D5E8A96" w:rsidR="00C2215F" w:rsidRPr="00E50E53" w:rsidRDefault="00C2215F" w:rsidP="000255D2">
      <w:pPr>
        <w:pStyle w:val="ae"/>
        <w:numPr>
          <w:ilvl w:val="0"/>
          <w:numId w:val="18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核發期間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至多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為一年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最長可至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2F245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6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7</w:t>
      </w:r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proofErr w:type="gramStart"/>
      <w:r w:rsidR="000A7DF9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proofErr w:type="gramEnd"/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，期滿後須重新申請及評定。</w:t>
      </w:r>
    </w:p>
    <w:p w14:paraId="39C2A9D4" w14:textId="027E4554" w:rsidR="008F688C" w:rsidRPr="00E50E53" w:rsidRDefault="005F272A" w:rsidP="000255D2">
      <w:pPr>
        <w:pStyle w:val="ae"/>
        <w:numPr>
          <w:ilvl w:val="0"/>
          <w:numId w:val="18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通過審查者將獲授「清華博士後研究學者」頭銜。</w:t>
      </w:r>
    </w:p>
    <w:sectPr w:rsidR="008F688C" w:rsidRPr="00E50E53" w:rsidSect="00F039E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626AA" w14:textId="77777777" w:rsidR="003D45BF" w:rsidRDefault="003D45BF" w:rsidP="00C2215F">
      <w:pPr>
        <w:spacing w:after="0" w:line="240" w:lineRule="auto"/>
      </w:pPr>
      <w:r>
        <w:separator/>
      </w:r>
    </w:p>
  </w:endnote>
  <w:endnote w:type="continuationSeparator" w:id="0">
    <w:p w14:paraId="27C46425" w14:textId="77777777" w:rsidR="003D45BF" w:rsidRDefault="003D45BF" w:rsidP="00C22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95A01" w14:textId="77777777" w:rsidR="003D45BF" w:rsidRDefault="003D45BF" w:rsidP="00C2215F">
      <w:pPr>
        <w:spacing w:after="0" w:line="240" w:lineRule="auto"/>
      </w:pPr>
      <w:r>
        <w:separator/>
      </w:r>
    </w:p>
  </w:footnote>
  <w:footnote w:type="continuationSeparator" w:id="0">
    <w:p w14:paraId="6479D9E4" w14:textId="77777777" w:rsidR="003D45BF" w:rsidRDefault="003D45BF" w:rsidP="00C22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62CB5"/>
    <w:multiLevelType w:val="hybridMultilevel"/>
    <w:tmpl w:val="888CF5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240C5F"/>
    <w:multiLevelType w:val="hybridMultilevel"/>
    <w:tmpl w:val="75AE2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F97DA5"/>
    <w:multiLevelType w:val="hybridMultilevel"/>
    <w:tmpl w:val="DE04E5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361A3D"/>
    <w:multiLevelType w:val="hybridMultilevel"/>
    <w:tmpl w:val="714855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71B1673"/>
    <w:multiLevelType w:val="hybridMultilevel"/>
    <w:tmpl w:val="E88E16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BA1AC4"/>
    <w:multiLevelType w:val="hybridMultilevel"/>
    <w:tmpl w:val="F6188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B70838"/>
    <w:multiLevelType w:val="hybridMultilevel"/>
    <w:tmpl w:val="9C96B7E2"/>
    <w:lvl w:ilvl="0" w:tplc="E0C6C0B0">
      <w:start w:val="1"/>
      <w:numFmt w:val="decimal"/>
      <w:lvlText w:val="(%1)"/>
      <w:lvlJc w:val="left"/>
      <w:pPr>
        <w:ind w:left="360" w:hanging="360"/>
      </w:pPr>
      <w:rPr>
        <w:rFonts w:ascii="Segoe UI Symbol" w:hAnsi="Segoe UI Symbol" w:cs="Segoe UI 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0A4AC6"/>
    <w:multiLevelType w:val="hybridMultilevel"/>
    <w:tmpl w:val="C69AAA60"/>
    <w:lvl w:ilvl="0" w:tplc="E408902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E4385C"/>
    <w:multiLevelType w:val="hybridMultilevel"/>
    <w:tmpl w:val="C8EEEAB6"/>
    <w:lvl w:ilvl="0" w:tplc="18E46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4"/>
  </w:num>
  <w:num w:numId="12">
    <w:abstractNumId w:val="17"/>
  </w:num>
  <w:num w:numId="13">
    <w:abstractNumId w:val="9"/>
  </w:num>
  <w:num w:numId="14">
    <w:abstractNumId w:val="11"/>
  </w:num>
  <w:num w:numId="15">
    <w:abstractNumId w:val="15"/>
  </w:num>
  <w:num w:numId="16">
    <w:abstractNumId w:val="10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5D2"/>
    <w:rsid w:val="00034616"/>
    <w:rsid w:val="00044D02"/>
    <w:rsid w:val="0006063C"/>
    <w:rsid w:val="000646D8"/>
    <w:rsid w:val="00080BC1"/>
    <w:rsid w:val="000A7DF9"/>
    <w:rsid w:val="00136032"/>
    <w:rsid w:val="0014472E"/>
    <w:rsid w:val="0015074B"/>
    <w:rsid w:val="00172525"/>
    <w:rsid w:val="0019441E"/>
    <w:rsid w:val="001C0319"/>
    <w:rsid w:val="001F5E20"/>
    <w:rsid w:val="00224026"/>
    <w:rsid w:val="00251891"/>
    <w:rsid w:val="00280BD2"/>
    <w:rsid w:val="0029639D"/>
    <w:rsid w:val="002F2450"/>
    <w:rsid w:val="002F7AD8"/>
    <w:rsid w:val="00326F90"/>
    <w:rsid w:val="00354572"/>
    <w:rsid w:val="003772A1"/>
    <w:rsid w:val="00382E9F"/>
    <w:rsid w:val="003D45BF"/>
    <w:rsid w:val="003D57FB"/>
    <w:rsid w:val="004255DF"/>
    <w:rsid w:val="00473F60"/>
    <w:rsid w:val="004A1480"/>
    <w:rsid w:val="005729EB"/>
    <w:rsid w:val="00597EB7"/>
    <w:rsid w:val="005D6E46"/>
    <w:rsid w:val="005E2D24"/>
    <w:rsid w:val="005F272A"/>
    <w:rsid w:val="00601F2E"/>
    <w:rsid w:val="00614DD5"/>
    <w:rsid w:val="00762EA8"/>
    <w:rsid w:val="007758E6"/>
    <w:rsid w:val="007F778E"/>
    <w:rsid w:val="008F688C"/>
    <w:rsid w:val="008F68B6"/>
    <w:rsid w:val="00950341"/>
    <w:rsid w:val="009638C0"/>
    <w:rsid w:val="009916CA"/>
    <w:rsid w:val="009A230A"/>
    <w:rsid w:val="00A1124F"/>
    <w:rsid w:val="00AA1D8D"/>
    <w:rsid w:val="00AB099A"/>
    <w:rsid w:val="00B47730"/>
    <w:rsid w:val="00B8498E"/>
    <w:rsid w:val="00BD3A26"/>
    <w:rsid w:val="00C2215F"/>
    <w:rsid w:val="00C46664"/>
    <w:rsid w:val="00CB0664"/>
    <w:rsid w:val="00CD1A4A"/>
    <w:rsid w:val="00CD5510"/>
    <w:rsid w:val="00CE23B2"/>
    <w:rsid w:val="00D11146"/>
    <w:rsid w:val="00D23301"/>
    <w:rsid w:val="00D31BB0"/>
    <w:rsid w:val="00D34777"/>
    <w:rsid w:val="00DA5225"/>
    <w:rsid w:val="00DC70FD"/>
    <w:rsid w:val="00E041D6"/>
    <w:rsid w:val="00E50E53"/>
    <w:rsid w:val="00EB3AD7"/>
    <w:rsid w:val="00F039EF"/>
    <w:rsid w:val="00F42349"/>
    <w:rsid w:val="00FC693F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048985"/>
  <w14:defaultImageDpi w14:val="300"/>
  <w15:docId w15:val="{FDF38DD9-C663-4029-94E7-08D59856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Placeholder Text"/>
    <w:basedOn w:val="a2"/>
    <w:uiPriority w:val="99"/>
    <w:semiHidden/>
    <w:rsid w:val="00E041D6"/>
    <w:rPr>
      <w:color w:val="808080"/>
    </w:rPr>
  </w:style>
  <w:style w:type="character" w:styleId="affb">
    <w:name w:val="Hyperlink"/>
    <w:basedOn w:val="a2"/>
    <w:uiPriority w:val="99"/>
    <w:unhideWhenUsed/>
    <w:rsid w:val="00CD1A4A"/>
    <w:rPr>
      <w:color w:val="0000FF" w:themeColor="hyperlink"/>
      <w:u w:val="single"/>
    </w:rPr>
  </w:style>
  <w:style w:type="paragraph" w:customStyle="1" w:styleId="Default">
    <w:name w:val="Default"/>
    <w:rsid w:val="00136032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xp.nthu.edu.tw/ccxp/INQUIR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CF8FDE-7F2C-4B5C-8C50-9A924B3F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6</cp:revision>
  <dcterms:created xsi:type="dcterms:W3CDTF">2026-07-15T06:47:00Z</dcterms:created>
  <dcterms:modified xsi:type="dcterms:W3CDTF">2026-07-15T09:28:00Z</dcterms:modified>
  <cp:category/>
</cp:coreProperties>
</file>