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B21E9" w14:textId="77777777" w:rsidR="009B5667" w:rsidRPr="00873321" w:rsidRDefault="00B91D5E" w:rsidP="00CB5515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</w:pPr>
      <w:r w:rsidRPr="00873321">
        <w:rPr>
          <w:rFonts w:ascii="Times New Roman" w:eastAsia="標楷體" w:hAnsi="Times New Roman" w:cs="Times New Roman"/>
          <w:b/>
          <w:bCs/>
          <w:sz w:val="32"/>
          <w:szCs w:val="32"/>
          <w:lang w:eastAsia="zh-TW"/>
        </w:rPr>
        <w:t>國立清華大學</w:t>
      </w:r>
    </w:p>
    <w:p w14:paraId="612A1B90" w14:textId="2AF27B2C" w:rsidR="0030570A" w:rsidRPr="00873321" w:rsidRDefault="009B5667" w:rsidP="00CB5515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11</w:t>
      </w:r>
      <w:r w:rsidR="00CA0153"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5</w:t>
      </w:r>
      <w:r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學年度「</w:t>
      </w:r>
      <w:r w:rsidR="00B91D5E"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博士後小型專案計畫</w:t>
      </w:r>
      <w:r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」</w:t>
      </w:r>
      <w:r w:rsidR="00B91D5E"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申請書</w:t>
      </w:r>
    </w:p>
    <w:p w14:paraId="27704D1D" w14:textId="39B97696" w:rsidR="0030570A" w:rsidRPr="00873321" w:rsidRDefault="00B91D5E" w:rsidP="00CB5515">
      <w:pPr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</w:pPr>
      <w:r w:rsidRPr="00873321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</w:rPr>
        <w:t>一、</w:t>
      </w:r>
      <w:r w:rsidR="009B5667" w:rsidRPr="00873321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  <w:t>基本</w:t>
      </w:r>
      <w:r w:rsidR="001714BA" w:rsidRPr="00873321">
        <w:rPr>
          <w:rFonts w:ascii="Times New Roman" w:eastAsia="標楷體" w:hAnsi="Times New Roman" w:cs="Times New Roman"/>
          <w:b/>
          <w:bCs/>
          <w:color w:val="000000" w:themeColor="text1"/>
          <w:sz w:val="28"/>
          <w:szCs w:val="28"/>
          <w:lang w:eastAsia="zh-TW"/>
        </w:rPr>
        <w:t>資料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3539"/>
        <w:gridCol w:w="5091"/>
      </w:tblGrid>
      <w:tr w:rsidR="009B5667" w:rsidRPr="00873321" w14:paraId="07492573" w14:textId="77777777" w:rsidTr="00151298">
        <w:tc>
          <w:tcPr>
            <w:tcW w:w="3539" w:type="dxa"/>
          </w:tcPr>
          <w:p w14:paraId="3A7A800F" w14:textId="2A87E09B" w:rsidR="009B5667" w:rsidRPr="00873321" w:rsidRDefault="009B5667" w:rsidP="009B5667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申請人姓名</w:t>
            </w:r>
          </w:p>
        </w:tc>
        <w:tc>
          <w:tcPr>
            <w:tcW w:w="5091" w:type="dxa"/>
          </w:tcPr>
          <w:p w14:paraId="088F94B9" w14:textId="77777777" w:rsidR="009B5667" w:rsidRPr="00873321" w:rsidRDefault="009B5667" w:rsidP="009B5667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B5667" w:rsidRPr="00873321" w14:paraId="0E29E89B" w14:textId="77777777" w:rsidTr="00151298">
        <w:tc>
          <w:tcPr>
            <w:tcW w:w="3539" w:type="dxa"/>
          </w:tcPr>
          <w:p w14:paraId="1C2E4EA6" w14:textId="15D346EC" w:rsidR="009B5667" w:rsidRPr="00873321" w:rsidRDefault="009B5667" w:rsidP="009B5667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所屬單位</w:t>
            </w:r>
          </w:p>
        </w:tc>
        <w:tc>
          <w:tcPr>
            <w:tcW w:w="5091" w:type="dxa"/>
          </w:tcPr>
          <w:p w14:paraId="378BEDAD" w14:textId="77777777" w:rsidR="009B5667" w:rsidRPr="00873321" w:rsidRDefault="009B5667" w:rsidP="009B5667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B5667" w:rsidRPr="00873321" w14:paraId="7A49622A" w14:textId="77777777" w:rsidTr="00151298">
        <w:tc>
          <w:tcPr>
            <w:tcW w:w="3539" w:type="dxa"/>
          </w:tcPr>
          <w:p w14:paraId="78CD4537" w14:textId="51E76387" w:rsidR="009B5667" w:rsidRPr="00873321" w:rsidRDefault="00873321" w:rsidP="009B5667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</w:pPr>
            <w:proofErr w:type="spellStart"/>
            <w:r w:rsidRPr="00CD5510">
              <w:rPr>
                <w:rFonts w:ascii="標楷體" w:eastAsia="標楷體" w:hAnsi="標楷體"/>
                <w:sz w:val="24"/>
                <w:szCs w:val="24"/>
              </w:rPr>
              <w:t>博士後任職起迄日期</w:t>
            </w:r>
            <w:proofErr w:type="spellEnd"/>
          </w:p>
        </w:tc>
        <w:tc>
          <w:tcPr>
            <w:tcW w:w="5091" w:type="dxa"/>
          </w:tcPr>
          <w:p w14:paraId="75E5570C" w14:textId="34E217CC" w:rsidR="009B5667" w:rsidRPr="00873321" w:rsidRDefault="009B5667" w:rsidP="009B5667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9B5667" w:rsidRPr="00873321" w14:paraId="2F077CA7" w14:textId="77777777" w:rsidTr="00151298">
        <w:tc>
          <w:tcPr>
            <w:tcW w:w="3539" w:type="dxa"/>
          </w:tcPr>
          <w:p w14:paraId="6C47DA5E" w14:textId="39C060F7" w:rsidR="009B5667" w:rsidRPr="00873321" w:rsidRDefault="009B5667" w:rsidP="009B5667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小型專案計畫名稱</w:t>
            </w:r>
          </w:p>
        </w:tc>
        <w:tc>
          <w:tcPr>
            <w:tcW w:w="5091" w:type="dxa"/>
          </w:tcPr>
          <w:p w14:paraId="1B9144C2" w14:textId="77777777" w:rsidR="009B5667" w:rsidRPr="00873321" w:rsidRDefault="009B5667" w:rsidP="009B5667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9B5667" w:rsidRPr="00873321" w14:paraId="037084AB" w14:textId="77777777" w:rsidTr="00151298">
        <w:tc>
          <w:tcPr>
            <w:tcW w:w="3539" w:type="dxa"/>
          </w:tcPr>
          <w:p w14:paraId="79C989C0" w14:textId="77777777" w:rsidR="009B5667" w:rsidRPr="00873321" w:rsidRDefault="009B5667" w:rsidP="009B5667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執行期間</w:t>
            </w:r>
          </w:p>
          <w:p w14:paraId="4D45D2A8" w14:textId="653E823A" w:rsidR="009B5667" w:rsidRPr="00873321" w:rsidRDefault="009B5667" w:rsidP="009B5667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lang w:eastAsia="zh-TW"/>
              </w:rPr>
              <w:t>(6 -10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個月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;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最長至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11</w:t>
            </w:r>
            <w:r w:rsidR="00CA0153" w:rsidRPr="00873321">
              <w:rPr>
                <w:rFonts w:ascii="Times New Roman" w:eastAsia="標楷體" w:hAnsi="Times New Roman" w:cs="Times New Roman"/>
                <w:lang w:eastAsia="zh-TW"/>
              </w:rPr>
              <w:t>6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年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7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月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31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日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)</w:t>
            </w:r>
          </w:p>
        </w:tc>
        <w:tc>
          <w:tcPr>
            <w:tcW w:w="5091" w:type="dxa"/>
          </w:tcPr>
          <w:p w14:paraId="0AAF5585" w14:textId="55035E08" w:rsidR="009B5667" w:rsidRPr="00873321" w:rsidRDefault="00151298" w:rsidP="009B5667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11</w:t>
            </w:r>
            <w:r w:rsidR="00CA0153"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年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10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月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日至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年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月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日</w:t>
            </w:r>
            <w:r w:rsidRPr="00873321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 </w:t>
            </w:r>
          </w:p>
        </w:tc>
      </w:tr>
    </w:tbl>
    <w:p w14:paraId="5CB17270" w14:textId="77777777" w:rsidR="009B5667" w:rsidRPr="00873321" w:rsidRDefault="009B5667" w:rsidP="00CB5515">
      <w:pPr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</w:p>
    <w:p w14:paraId="78FF91F3" w14:textId="7BF023EC" w:rsidR="0030570A" w:rsidRPr="00873321" w:rsidRDefault="00B91D5E" w:rsidP="00A72F5E">
      <w:pPr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二、計畫</w:t>
      </w:r>
      <w:r w:rsidR="009B5667"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內容</w:t>
      </w:r>
      <w:r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（請以</w:t>
      </w:r>
      <w:r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 xml:space="preserve"> 10 </w:t>
      </w:r>
      <w:r w:rsidRPr="00873321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頁以內為限）</w:t>
      </w:r>
    </w:p>
    <w:p w14:paraId="7F8F1B3A" w14:textId="66D28E71" w:rsidR="0030570A" w:rsidRPr="00873321" w:rsidRDefault="00B91D5E" w:rsidP="00A72F5E">
      <w:pPr>
        <w:pStyle w:val="ae"/>
        <w:numPr>
          <w:ilvl w:val="0"/>
          <w:numId w:val="1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計畫摘要</w:t>
      </w:r>
    </w:p>
    <w:p w14:paraId="30146BE5" w14:textId="36AF6B67" w:rsidR="0030570A" w:rsidRPr="00873321" w:rsidRDefault="00B91D5E" w:rsidP="00A72F5E">
      <w:pPr>
        <w:pStyle w:val="ae"/>
        <w:numPr>
          <w:ilvl w:val="0"/>
          <w:numId w:val="1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背景與目標</w:t>
      </w:r>
    </w:p>
    <w:p w14:paraId="1A7BF25B" w14:textId="02B82CE8" w:rsidR="0030570A" w:rsidRPr="00873321" w:rsidRDefault="00B91D5E" w:rsidP="00A72F5E">
      <w:pPr>
        <w:pStyle w:val="ae"/>
        <w:numPr>
          <w:ilvl w:val="0"/>
          <w:numId w:val="1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研究方法</w:t>
      </w:r>
    </w:p>
    <w:p w14:paraId="200D4F73" w14:textId="6E9F75A1" w:rsidR="0030570A" w:rsidRPr="00873321" w:rsidRDefault="00B91D5E" w:rsidP="00A72F5E">
      <w:pPr>
        <w:pStyle w:val="ae"/>
        <w:numPr>
          <w:ilvl w:val="0"/>
          <w:numId w:val="1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預期成果與效益</w:t>
      </w:r>
    </w:p>
    <w:p w14:paraId="39AD9FB5" w14:textId="767087EA" w:rsidR="0030570A" w:rsidRPr="00873321" w:rsidRDefault="00B91D5E" w:rsidP="00A72F5E">
      <w:pPr>
        <w:pStyle w:val="ae"/>
        <w:numPr>
          <w:ilvl w:val="0"/>
          <w:numId w:val="1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職</w:t>
      </w:r>
      <w:proofErr w:type="gramStart"/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涯</w:t>
      </w:r>
      <w:proofErr w:type="gramEnd"/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發展規劃與本計畫之助益</w:t>
      </w:r>
    </w:p>
    <w:p w14:paraId="2A54C431" w14:textId="651FEFE4" w:rsidR="00A72F5E" w:rsidRPr="00873321" w:rsidRDefault="00B91D5E" w:rsidP="008C223F">
      <w:pPr>
        <w:pStyle w:val="ae"/>
        <w:numPr>
          <w:ilvl w:val="0"/>
          <w:numId w:val="12"/>
        </w:num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計畫創新性與</w:t>
      </w:r>
      <w:r w:rsidR="008C223F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自主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性（</w:t>
      </w:r>
      <w:r w:rsidR="008C223F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簡述</w:t>
      </w:r>
      <w:r w:rsidR="008C223F" w:rsidRPr="0087332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計畫如何於既有研究基礎上延伸發展，並展現博士後研究員之自主構思與執行）</w:t>
      </w:r>
    </w:p>
    <w:p w14:paraId="449EC54B" w14:textId="1D0C6C83" w:rsidR="00A72F5E" w:rsidRPr="00873321" w:rsidRDefault="008C223F" w:rsidP="00A72F5E">
      <w:pPr>
        <w:pStyle w:val="ae"/>
        <w:numPr>
          <w:ilvl w:val="0"/>
          <w:numId w:val="1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重要</w:t>
      </w:r>
      <w:r w:rsidR="00A72F5E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參考文獻</w:t>
      </w:r>
    </w:p>
    <w:p w14:paraId="45FE12BE" w14:textId="73DA1B59" w:rsidR="00CC1E49" w:rsidRPr="00873321" w:rsidRDefault="00CC1E49">
      <w:pPr>
        <w:rPr>
          <w:rFonts w:ascii="Times New Roman" w:eastAsia="標楷體" w:hAnsi="Times New Roman" w:cs="Times New Roman"/>
          <w:lang w:eastAsia="zh-TW"/>
        </w:rPr>
      </w:pPr>
      <w:r w:rsidRPr="00873321">
        <w:rPr>
          <w:rFonts w:ascii="Times New Roman" w:eastAsia="標楷體" w:hAnsi="Times New Roman" w:cs="Times New Roman"/>
          <w:lang w:eastAsia="zh-TW"/>
        </w:rPr>
        <w:br w:type="page"/>
      </w:r>
    </w:p>
    <w:p w14:paraId="1D2377A3" w14:textId="382C12AF" w:rsidR="00CB5515" w:rsidRPr="00873321" w:rsidRDefault="00CB5515" w:rsidP="00CB5515">
      <w:pPr>
        <w:rPr>
          <w:rFonts w:ascii="Times New Roman" w:eastAsia="標楷體" w:hAnsi="Times New Roman" w:cs="Times New Roman"/>
          <w:b/>
          <w:bCs/>
          <w:sz w:val="28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b/>
          <w:bCs/>
          <w:sz w:val="28"/>
          <w:szCs w:val="24"/>
          <w:lang w:eastAsia="zh-TW"/>
        </w:rPr>
        <w:lastRenderedPageBreak/>
        <w:t>三、預算編列與說明</w:t>
      </w:r>
    </w:p>
    <w:p w14:paraId="74B16CFF" w14:textId="00970706" w:rsidR="00CB5515" w:rsidRPr="00873321" w:rsidRDefault="00CB5515" w:rsidP="00CB5515">
      <w:pPr>
        <w:spacing w:before="100" w:beforeAutospacing="1" w:after="100" w:afterAutospacing="1"/>
        <w:rPr>
          <w:rFonts w:ascii="Times New Roman" w:eastAsia="標楷體" w:hAnsi="Times New Roman" w:cs="Times New Roman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b/>
          <w:bCs/>
          <w:szCs w:val="24"/>
          <w:lang w:eastAsia="zh-TW"/>
        </w:rPr>
        <w:t>預算總額：新台幣</w:t>
      </w:r>
      <w:r w:rsidR="004348D3" w:rsidRPr="00873321">
        <w:rPr>
          <w:rFonts w:ascii="Times New Roman" w:eastAsia="標楷體" w:hAnsi="Times New Roman" w:cs="Times New Roman"/>
          <w:color w:val="000000" w:themeColor="text1"/>
          <w:sz w:val="24"/>
          <w:szCs w:val="24"/>
          <w:u w:val="single"/>
          <w:lang w:eastAsia="zh-TW"/>
        </w:rPr>
        <w:t xml:space="preserve">            </w:t>
      </w:r>
      <w:r w:rsidRPr="00873321">
        <w:rPr>
          <w:rFonts w:ascii="Times New Roman" w:eastAsia="標楷體" w:hAnsi="Times New Roman" w:cs="Times New Roman"/>
          <w:b/>
          <w:bCs/>
          <w:szCs w:val="24"/>
          <w:lang w:eastAsia="zh-TW"/>
        </w:rPr>
        <w:t>元</w:t>
      </w:r>
      <w:r w:rsidRPr="00873321">
        <w:rPr>
          <w:rFonts w:ascii="Times New Roman" w:eastAsia="標楷體" w:hAnsi="Times New Roman" w:cs="Times New Roman"/>
          <w:color w:val="FF0000"/>
          <w:szCs w:val="24"/>
          <w:lang w:eastAsia="zh-TW"/>
        </w:rPr>
        <w:t>（不得編列設備費）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1843"/>
        <w:gridCol w:w="4615"/>
      </w:tblGrid>
      <w:tr w:rsidR="00CB5515" w:rsidRPr="00873321" w14:paraId="110D2155" w14:textId="77777777" w:rsidTr="00AC2B16">
        <w:trPr>
          <w:tblHeader/>
          <w:tblCellSpacing w:w="15" w:type="dxa"/>
        </w:trPr>
        <w:tc>
          <w:tcPr>
            <w:tcW w:w="1793" w:type="dxa"/>
            <w:vAlign w:val="center"/>
            <w:hideMark/>
          </w:tcPr>
          <w:p w14:paraId="55AF6919" w14:textId="77777777" w:rsidR="00CB5515" w:rsidRPr="00873321" w:rsidRDefault="00CB5515" w:rsidP="00C1763C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873321">
              <w:rPr>
                <w:rFonts w:ascii="Times New Roman" w:eastAsia="標楷體" w:hAnsi="Times New Roman" w:cs="Times New Roman"/>
              </w:rPr>
              <w:t>項目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455FC4AA" w14:textId="77777777" w:rsidR="00CB5515" w:rsidRPr="00873321" w:rsidRDefault="00CB5515" w:rsidP="00C1763C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873321">
              <w:rPr>
                <w:rFonts w:ascii="Times New Roman" w:eastAsia="標楷體" w:hAnsi="Times New Roman" w:cs="Times New Roman"/>
              </w:rPr>
              <w:t>金額（新台幣</w:t>
            </w:r>
            <w:proofErr w:type="spellEnd"/>
            <w:r w:rsidRPr="00873321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4570" w:type="dxa"/>
            <w:vAlign w:val="center"/>
            <w:hideMark/>
          </w:tcPr>
          <w:p w14:paraId="06088CC5" w14:textId="77777777" w:rsidR="00CB5515" w:rsidRPr="00873321" w:rsidRDefault="00CB5515" w:rsidP="00C1763C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873321">
              <w:rPr>
                <w:rFonts w:ascii="Times New Roman" w:eastAsia="標楷體" w:hAnsi="Times New Roman" w:cs="Times New Roman"/>
              </w:rPr>
              <w:t>說明</w:t>
            </w:r>
            <w:proofErr w:type="spellEnd"/>
          </w:p>
        </w:tc>
      </w:tr>
      <w:tr w:rsidR="00CB5515" w:rsidRPr="00873321" w14:paraId="3D63E232" w14:textId="77777777" w:rsidTr="00AC2B16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3FC48375" w14:textId="1F753334" w:rsidR="00CB5515" w:rsidRPr="00873321" w:rsidRDefault="00CB5515" w:rsidP="00C1763C">
            <w:pPr>
              <w:rPr>
                <w:rFonts w:ascii="Times New Roman" w:eastAsia="標楷體" w:hAnsi="Times New Roman" w:cs="Times New Roman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lang w:eastAsia="zh-TW"/>
              </w:rPr>
              <w:t>計畫執行兼職費</w:t>
            </w:r>
          </w:p>
        </w:tc>
        <w:tc>
          <w:tcPr>
            <w:tcW w:w="1813" w:type="dxa"/>
            <w:vAlign w:val="center"/>
            <w:hideMark/>
          </w:tcPr>
          <w:p w14:paraId="70F40794" w14:textId="77777777" w:rsidR="00CB5515" w:rsidRPr="00873321" w:rsidRDefault="00CB5515" w:rsidP="00C1763C">
            <w:pPr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4570" w:type="dxa"/>
            <w:vAlign w:val="center"/>
            <w:hideMark/>
          </w:tcPr>
          <w:p w14:paraId="5CD39E11" w14:textId="78ED5E25" w:rsidR="00CB5515" w:rsidRPr="00873321" w:rsidRDefault="00AC2B16" w:rsidP="00CC1E49">
            <w:pPr>
              <w:rPr>
                <w:rFonts w:ascii="Times New Roman" w:eastAsia="標楷體" w:hAnsi="Times New Roman" w:cs="Times New Roman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lang w:eastAsia="zh-TW"/>
              </w:rPr>
              <w:t>執行本計畫之兼職津貼，</w:t>
            </w:r>
            <w:r w:rsidR="00CB5515" w:rsidRPr="00873321">
              <w:rPr>
                <w:rFonts w:ascii="Times New Roman" w:eastAsia="標楷體" w:hAnsi="Times New Roman" w:cs="Times New Roman"/>
                <w:lang w:eastAsia="zh-TW"/>
              </w:rPr>
              <w:t>最高每月</w:t>
            </w:r>
            <w:r w:rsidR="00CB5515" w:rsidRPr="00873321">
              <w:rPr>
                <w:rFonts w:ascii="Times New Roman" w:eastAsia="標楷體" w:hAnsi="Times New Roman" w:cs="Times New Roman"/>
                <w:lang w:eastAsia="zh-TW"/>
              </w:rPr>
              <w:t>5,000</w:t>
            </w:r>
            <w:r w:rsidR="00CB5515" w:rsidRPr="00873321">
              <w:rPr>
                <w:rFonts w:ascii="Times New Roman" w:eastAsia="標楷體" w:hAnsi="Times New Roman" w:cs="Times New Roman"/>
                <w:lang w:eastAsia="zh-TW"/>
              </w:rPr>
              <w:t>元</w:t>
            </w:r>
          </w:p>
        </w:tc>
      </w:tr>
      <w:tr w:rsidR="00CB5515" w:rsidRPr="00873321" w14:paraId="725C7F30" w14:textId="77777777" w:rsidTr="00AC2B16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3BE960D8" w14:textId="27D9801F" w:rsidR="00CB5515" w:rsidRPr="00873321" w:rsidRDefault="00CC1E49" w:rsidP="00C1763C">
            <w:pPr>
              <w:rPr>
                <w:rFonts w:ascii="Times New Roman" w:eastAsia="標楷體" w:hAnsi="Times New Roman" w:cs="Times New Roman"/>
              </w:rPr>
            </w:pPr>
            <w:r w:rsidRPr="00873321">
              <w:rPr>
                <w:rFonts w:ascii="Times New Roman" w:eastAsia="標楷體" w:hAnsi="Times New Roman" w:cs="Times New Roman"/>
                <w:lang w:eastAsia="zh-TW"/>
              </w:rPr>
              <w:t>業務</w:t>
            </w:r>
            <w:r w:rsidR="00CB5515" w:rsidRPr="00873321">
              <w:rPr>
                <w:rFonts w:ascii="Times New Roman" w:eastAsia="標楷體" w:hAnsi="Times New Roman" w:cs="Times New Roman"/>
              </w:rPr>
              <w:t>費</w:t>
            </w:r>
          </w:p>
        </w:tc>
        <w:tc>
          <w:tcPr>
            <w:tcW w:w="1813" w:type="dxa"/>
            <w:vAlign w:val="center"/>
            <w:hideMark/>
          </w:tcPr>
          <w:p w14:paraId="03351FA8" w14:textId="77777777" w:rsidR="00CB5515" w:rsidRPr="00873321" w:rsidRDefault="00CB5515" w:rsidP="00C1763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70" w:type="dxa"/>
            <w:vAlign w:val="center"/>
            <w:hideMark/>
          </w:tcPr>
          <w:p w14:paraId="280C13B3" w14:textId="77777777" w:rsidR="00CB5515" w:rsidRPr="00873321" w:rsidRDefault="00CB5515" w:rsidP="00C1763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B5515" w:rsidRPr="00873321" w14:paraId="7BEE7DEC" w14:textId="77777777" w:rsidTr="00AC2B16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007A55D7" w14:textId="7DE20196" w:rsidR="00CB5515" w:rsidRPr="00873321" w:rsidRDefault="00CC1E49" w:rsidP="00C1763C">
            <w:pPr>
              <w:rPr>
                <w:rFonts w:ascii="Times New Roman" w:eastAsia="標楷體" w:hAnsi="Times New Roman" w:cs="Times New Roman"/>
              </w:rPr>
            </w:pPr>
            <w:r w:rsidRPr="00873321">
              <w:rPr>
                <w:rFonts w:ascii="Times New Roman" w:eastAsia="標楷體" w:hAnsi="Times New Roman" w:cs="Times New Roman"/>
                <w:lang w:eastAsia="zh-TW"/>
              </w:rPr>
              <w:t>國外</w:t>
            </w:r>
            <w:proofErr w:type="spellStart"/>
            <w:r w:rsidR="00CB5515" w:rsidRPr="00873321">
              <w:rPr>
                <w:rFonts w:ascii="Times New Roman" w:eastAsia="標楷體" w:hAnsi="Times New Roman" w:cs="Times New Roman"/>
              </w:rPr>
              <w:t>差旅費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703BC1F0" w14:textId="77777777" w:rsidR="00CB5515" w:rsidRPr="00873321" w:rsidRDefault="00CB5515" w:rsidP="00C1763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70" w:type="dxa"/>
            <w:vAlign w:val="center"/>
            <w:hideMark/>
          </w:tcPr>
          <w:p w14:paraId="3F8C142B" w14:textId="7CC7A289" w:rsidR="00CB5515" w:rsidRPr="00873321" w:rsidRDefault="00CC1E49" w:rsidP="00C1763C">
            <w:pPr>
              <w:rPr>
                <w:rFonts w:ascii="Times New Roman" w:eastAsia="標楷體" w:hAnsi="Times New Roman" w:cs="Times New Roman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lang w:eastAsia="zh-TW"/>
              </w:rPr>
              <w:t>每年度至多編列一次國外差旅費。申請人須於國際研討會發表論文，並檢附論文</w:t>
            </w:r>
            <w:proofErr w:type="gramStart"/>
            <w:r w:rsidRPr="00873321">
              <w:rPr>
                <w:rFonts w:ascii="Times New Roman" w:eastAsia="標楷體" w:hAnsi="Times New Roman" w:cs="Times New Roman"/>
                <w:lang w:eastAsia="zh-TW"/>
              </w:rPr>
              <w:t>接受函始得</w:t>
            </w:r>
            <w:proofErr w:type="gramEnd"/>
            <w:r w:rsidRPr="00873321">
              <w:rPr>
                <w:rFonts w:ascii="Times New Roman" w:eastAsia="標楷體" w:hAnsi="Times New Roman" w:cs="Times New Roman"/>
                <w:lang w:eastAsia="zh-TW"/>
              </w:rPr>
              <w:t>核銷。亞洲補助上限新臺幣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20,000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元；美洲、澳洲、紐西蘭補助上限新臺幣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30,000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元；歐洲及其他地區補助上限新臺幣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40,000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元。</w:t>
            </w:r>
          </w:p>
        </w:tc>
      </w:tr>
      <w:tr w:rsidR="00CB5515" w:rsidRPr="00873321" w14:paraId="0D3A80F2" w14:textId="77777777" w:rsidTr="00AC2B16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154C4525" w14:textId="77777777" w:rsidR="00CB5515" w:rsidRPr="00873321" w:rsidRDefault="00CB5515" w:rsidP="00C1763C">
            <w:pPr>
              <w:rPr>
                <w:rFonts w:ascii="Times New Roman" w:eastAsia="標楷體" w:hAnsi="Times New Roman" w:cs="Times New Roman"/>
              </w:rPr>
            </w:pPr>
            <w:proofErr w:type="spellStart"/>
            <w:r w:rsidRPr="00873321">
              <w:rPr>
                <w:rFonts w:ascii="Times New Roman" w:eastAsia="標楷體" w:hAnsi="Times New Roman" w:cs="Times New Roman"/>
              </w:rPr>
              <w:t>其他（請註明</w:t>
            </w:r>
            <w:proofErr w:type="spellEnd"/>
            <w:r w:rsidRPr="00873321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1813" w:type="dxa"/>
            <w:vAlign w:val="center"/>
            <w:hideMark/>
          </w:tcPr>
          <w:p w14:paraId="2A0546A1" w14:textId="77777777" w:rsidR="00CB5515" w:rsidRPr="00873321" w:rsidRDefault="00CB5515" w:rsidP="00C1763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70" w:type="dxa"/>
            <w:vAlign w:val="center"/>
            <w:hideMark/>
          </w:tcPr>
          <w:p w14:paraId="27734C15" w14:textId="77777777" w:rsidR="00CB5515" w:rsidRPr="00873321" w:rsidRDefault="00CB5515" w:rsidP="00C1763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B5515" w:rsidRPr="00873321" w14:paraId="4250B30B" w14:textId="77777777" w:rsidTr="00AC2B16">
        <w:trPr>
          <w:tblCellSpacing w:w="15" w:type="dxa"/>
        </w:trPr>
        <w:tc>
          <w:tcPr>
            <w:tcW w:w="1793" w:type="dxa"/>
            <w:vAlign w:val="center"/>
            <w:hideMark/>
          </w:tcPr>
          <w:p w14:paraId="18718A0D" w14:textId="77777777" w:rsidR="00CB5515" w:rsidRPr="00873321" w:rsidRDefault="00CB5515" w:rsidP="00C1763C">
            <w:pPr>
              <w:rPr>
                <w:rFonts w:ascii="Times New Roman" w:eastAsia="標楷體" w:hAnsi="Times New Roman" w:cs="Times New Roman"/>
              </w:rPr>
            </w:pPr>
            <w:proofErr w:type="spellStart"/>
            <w:r w:rsidRPr="00873321">
              <w:rPr>
                <w:rFonts w:ascii="Times New Roman" w:eastAsia="標楷體" w:hAnsi="Times New Roman" w:cs="Times New Roman"/>
              </w:rPr>
              <w:t>總計</w:t>
            </w:r>
            <w:proofErr w:type="spellEnd"/>
          </w:p>
        </w:tc>
        <w:tc>
          <w:tcPr>
            <w:tcW w:w="1813" w:type="dxa"/>
            <w:vAlign w:val="center"/>
            <w:hideMark/>
          </w:tcPr>
          <w:p w14:paraId="56C9C8CC" w14:textId="77777777" w:rsidR="00CB5515" w:rsidRPr="00873321" w:rsidRDefault="00CB5515" w:rsidP="00C1763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70" w:type="dxa"/>
            <w:vAlign w:val="center"/>
            <w:hideMark/>
          </w:tcPr>
          <w:p w14:paraId="16291D2B" w14:textId="29CFFEE8" w:rsidR="00CB5515" w:rsidRPr="00873321" w:rsidRDefault="00CB5515" w:rsidP="00C1763C">
            <w:pPr>
              <w:rPr>
                <w:rFonts w:ascii="Times New Roman" w:eastAsia="標楷體" w:hAnsi="Times New Roman" w:cs="Times New Roman"/>
                <w:lang w:eastAsia="zh-TW"/>
              </w:rPr>
            </w:pPr>
            <w:r w:rsidRPr="00873321">
              <w:rPr>
                <w:rFonts w:ascii="Times New Roman" w:eastAsia="標楷體" w:hAnsi="Times New Roman" w:cs="Times New Roman"/>
                <w:lang w:eastAsia="zh-TW"/>
              </w:rPr>
              <w:t>不超過補助上限（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1</w:t>
            </w:r>
            <w:r w:rsidR="009B5667" w:rsidRPr="00873321">
              <w:rPr>
                <w:rFonts w:ascii="Times New Roman" w:eastAsia="標楷體" w:hAnsi="Times New Roman" w:cs="Times New Roman"/>
                <w:lang w:eastAsia="zh-TW"/>
              </w:rPr>
              <w:t>5</w:t>
            </w:r>
            <w:r w:rsidRPr="00873321">
              <w:rPr>
                <w:rFonts w:ascii="Times New Roman" w:eastAsia="標楷體" w:hAnsi="Times New Roman" w:cs="Times New Roman"/>
                <w:lang w:eastAsia="zh-TW"/>
              </w:rPr>
              <w:t>萬元）</w:t>
            </w:r>
          </w:p>
        </w:tc>
      </w:tr>
    </w:tbl>
    <w:p w14:paraId="2CF17E38" w14:textId="74888484" w:rsidR="00CB5515" w:rsidRPr="00873321" w:rsidRDefault="00CB5515" w:rsidP="00CB5515">
      <w:pPr>
        <w:spacing w:beforeAutospacing="1" w:afterAutospacing="1"/>
        <w:rPr>
          <w:rFonts w:ascii="Times New Roman" w:eastAsia="標楷體" w:hAnsi="Times New Roman" w:cs="Times New Roman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b/>
          <w:bCs/>
          <w:szCs w:val="24"/>
          <w:lang w:eastAsia="zh-TW"/>
        </w:rPr>
        <w:t>說明</w:t>
      </w:r>
      <w:r w:rsidRPr="00873321">
        <w:rPr>
          <w:rFonts w:ascii="Times New Roman" w:eastAsia="標楷體" w:hAnsi="Times New Roman" w:cs="Times New Roman"/>
          <w:szCs w:val="24"/>
          <w:lang w:eastAsia="zh-TW"/>
        </w:rPr>
        <w:t>：各項預算編列與用途，均依據計畫執行需求彈性調整，詳細金額與支用方式請據實填寫並於結案</w:t>
      </w:r>
      <w:proofErr w:type="gramStart"/>
      <w:r w:rsidRPr="00873321">
        <w:rPr>
          <w:rFonts w:ascii="Times New Roman" w:eastAsia="標楷體" w:hAnsi="Times New Roman" w:cs="Times New Roman"/>
          <w:szCs w:val="24"/>
          <w:lang w:eastAsia="zh-TW"/>
        </w:rPr>
        <w:t>時檢附明</w:t>
      </w:r>
      <w:proofErr w:type="gramEnd"/>
      <w:r w:rsidRPr="00873321">
        <w:rPr>
          <w:rFonts w:ascii="Times New Roman" w:eastAsia="標楷體" w:hAnsi="Times New Roman" w:cs="Times New Roman"/>
          <w:szCs w:val="24"/>
          <w:lang w:eastAsia="zh-TW"/>
        </w:rPr>
        <w:t>細。</w:t>
      </w:r>
    </w:p>
    <w:p w14:paraId="17560677" w14:textId="2B93F000" w:rsidR="00CB5515" w:rsidRPr="00873321" w:rsidRDefault="00CB5515" w:rsidP="00CB5515">
      <w:pPr>
        <w:rPr>
          <w:rFonts w:ascii="Times New Roman" w:eastAsia="標楷體" w:hAnsi="Times New Roman" w:cs="Times New Roman"/>
          <w:szCs w:val="24"/>
          <w:lang w:eastAsia="zh-TW"/>
        </w:rPr>
      </w:pPr>
    </w:p>
    <w:p w14:paraId="03105F7D" w14:textId="262BF99B" w:rsidR="00323514" w:rsidRPr="00873321" w:rsidRDefault="00323514" w:rsidP="00CB5515">
      <w:pPr>
        <w:rPr>
          <w:rFonts w:ascii="Times New Roman" w:eastAsia="標楷體" w:hAnsi="Times New Roman" w:cs="Times New Roman"/>
          <w:szCs w:val="24"/>
          <w:lang w:eastAsia="zh-TW"/>
        </w:rPr>
      </w:pPr>
    </w:p>
    <w:p w14:paraId="6E340A7B" w14:textId="29821F54" w:rsidR="009B5667" w:rsidRPr="00873321" w:rsidRDefault="009B5667" w:rsidP="009B5667">
      <w:pPr>
        <w:spacing w:line="36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申請人簽章：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________________________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　　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日期：</w:t>
      </w:r>
      <w:r w:rsidR="004348D3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</w:t>
      </w:r>
    </w:p>
    <w:p w14:paraId="3B235FDE" w14:textId="64FB1C98" w:rsidR="00323514" w:rsidRPr="00873321" w:rsidRDefault="009B5667" w:rsidP="00323514">
      <w:pPr>
        <w:spacing w:line="36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指導教授簽章：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________________________    </w:t>
      </w:r>
      <w:r w:rsidR="00323514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日期：</w:t>
      </w:r>
      <w:r w:rsidR="00323514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</w:t>
      </w:r>
    </w:p>
    <w:p w14:paraId="4FC7295A" w14:textId="77777777" w:rsidR="009B5667" w:rsidRPr="00873321" w:rsidRDefault="009B5667" w:rsidP="009B5667">
      <w:pPr>
        <w:pStyle w:val="ae"/>
        <w:numPr>
          <w:ilvl w:val="0"/>
          <w:numId w:val="13"/>
        </w:num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備註：</w:t>
      </w:r>
    </w:p>
    <w:p w14:paraId="268A4FD7" w14:textId="6D9AE05B" w:rsidR="009B5667" w:rsidRPr="00873321" w:rsidRDefault="009B5667" w:rsidP="00A26F57">
      <w:pPr>
        <w:pStyle w:val="ae"/>
        <w:numPr>
          <w:ilvl w:val="0"/>
          <w:numId w:val="14"/>
        </w:numPr>
        <w:spacing w:after="240" w:line="40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申請人應於研究人才資源中心公告期限內，自校務資訊系統</w:t>
      </w:r>
      <w:r w:rsidR="00040B54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hyperlink r:id="rId8" w:history="1">
        <w:r w:rsidR="00040B54" w:rsidRPr="00873321">
          <w:rPr>
            <w:rStyle w:val="affa"/>
            <w:rFonts w:ascii="Times New Roman" w:eastAsia="標楷體" w:hAnsi="Times New Roman" w:cs="Times New Roman"/>
            <w:sz w:val="24"/>
            <w:szCs w:val="24"/>
            <w:lang w:eastAsia="zh-TW"/>
          </w:rPr>
          <w:t>https://www.ccxp.nthu.edu.tw/ccxp/INQUIRE/</w:t>
        </w:r>
      </w:hyperlink>
      <w:r w:rsidR="00040B54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進入「研發處資訊系統」</w:t>
      </w:r>
      <w:r w:rsidR="00A26F57" w:rsidRPr="00873321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lang w:eastAsia="zh-TW"/>
        </w:rPr>
        <w:t>→</w:t>
      </w:r>
      <w:r w:rsidR="00A26F57" w:rsidRPr="00873321">
        <w:rPr>
          <w:rFonts w:ascii="Times New Roman" w:eastAsia="標楷體" w:hAnsi="Times New Roman" w:cs="Times New Roman"/>
          <w:b/>
          <w:color w:val="000000" w:themeColor="text1"/>
          <w:sz w:val="24"/>
          <w:szCs w:val="24"/>
          <w:lang w:eastAsia="zh-TW"/>
        </w:rPr>
        <w:t>「研究人才資源中心資訊系統」</w:t>
      </w:r>
      <w:r w:rsidR="00A26F57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之申請介面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上傳提交本計畫書</w:t>
      </w:r>
      <w:r w:rsidR="00A7465B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(PDF</w:t>
      </w:r>
      <w:r w:rsidR="00A7465B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檔</w:t>
      </w:r>
      <w:r w:rsidR="00A7465B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逾期恕不受理。</w:t>
      </w:r>
    </w:p>
    <w:p w14:paraId="79123F52" w14:textId="77777777" w:rsidR="00543CAB" w:rsidRPr="00873321" w:rsidRDefault="00543CAB" w:rsidP="00543CAB">
      <w:pPr>
        <w:pStyle w:val="ae"/>
        <w:numPr>
          <w:ilvl w:val="0"/>
          <w:numId w:val="14"/>
        </w:numPr>
        <w:spacing w:after="0" w:line="36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申請人另須上傳以下附件資料</w:t>
      </w:r>
      <w:r w:rsidRPr="00873321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 xml:space="preserve">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請將資料合併成一份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PDF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檔，再上傳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873321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t>:</w:t>
      </w:r>
    </w:p>
    <w:p w14:paraId="4C142E7D" w14:textId="77777777" w:rsidR="00543CAB" w:rsidRPr="00873321" w:rsidRDefault="00543CAB" w:rsidP="00543CAB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(1)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博士後研究人員資料表</w:t>
      </w:r>
    </w:p>
    <w:p w14:paraId="3D485B6F" w14:textId="37BE3C72" w:rsidR="00543CAB" w:rsidRPr="00873321" w:rsidRDefault="00543CAB" w:rsidP="00543CAB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lastRenderedPageBreak/>
        <w:t xml:space="preserve">(2)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博士後指導教授推薦信（請說明申請人之研究表現與發展潛力、本計畫對其培養研究獨立性與職</w:t>
      </w:r>
      <w:proofErr w:type="gramStart"/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涯</w:t>
      </w:r>
      <w:proofErr w:type="gramEnd"/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發展之助益、以及指導教授可提供的資源或協助等）。</w:t>
      </w:r>
    </w:p>
    <w:p w14:paraId="1BE88BFD" w14:textId="77777777" w:rsidR="00543CAB" w:rsidRPr="00873321" w:rsidRDefault="00543CAB" w:rsidP="00543CAB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(3)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個人履歷</w:t>
      </w:r>
    </w:p>
    <w:p w14:paraId="434F3A82" w14:textId="77777777" w:rsidR="00543CAB" w:rsidRPr="00873321" w:rsidRDefault="00543CAB" w:rsidP="00543CAB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(4)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著作目錄</w:t>
      </w:r>
    </w:p>
    <w:p w14:paraId="51845FA6" w14:textId="77777777" w:rsidR="00543CAB" w:rsidRPr="00873321" w:rsidRDefault="00543CAB" w:rsidP="00543CAB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(5)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其他有助審查資料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非必須提供</w:t>
      </w:r>
      <w:proofErr w:type="gramStart"/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）</w:t>
      </w:r>
      <w:proofErr w:type="gramEnd"/>
    </w:p>
    <w:p w14:paraId="5E5635A6" w14:textId="27ECBAED" w:rsidR="00543CAB" w:rsidRPr="00873321" w:rsidRDefault="00543CAB" w:rsidP="00543CAB">
      <w:pPr>
        <w:pStyle w:val="ae"/>
        <w:spacing w:after="0" w:line="360" w:lineRule="exact"/>
        <w:ind w:left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(6) 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前一年度研究工作報告</w:t>
      </w: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9D3A0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目前已受研究人才資源中心激勵薪資或小型專案計畫補助者</w:t>
      </w:r>
      <w:r w:rsidR="009D3A0B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bookmarkStart w:id="0" w:name="_GoBack"/>
      <w:bookmarkEnd w:id="0"/>
    </w:p>
    <w:p w14:paraId="0E966C13" w14:textId="6BCC395F" w:rsidR="0030570A" w:rsidRPr="00873321" w:rsidRDefault="00B91D5E" w:rsidP="002100BD">
      <w:pPr>
        <w:pStyle w:val="ae"/>
        <w:numPr>
          <w:ilvl w:val="0"/>
          <w:numId w:val="14"/>
        </w:numPr>
        <w:spacing w:after="240" w:line="400" w:lineRule="exact"/>
        <w:ind w:left="482" w:hanging="48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計畫</w:t>
      </w:r>
      <w:r w:rsidR="009B5667" w:rsidRPr="00873321">
        <w:rPr>
          <w:rFonts w:ascii="Times New Roman" w:eastAsia="標楷體" w:hAnsi="Times New Roman" w:cs="Times New Roman"/>
          <w:sz w:val="24"/>
          <w:szCs w:val="24"/>
          <w:lang w:eastAsia="zh-TW"/>
        </w:rPr>
        <w:t>通過審查者將獲授「清華博士後研究學者」頭銜。</w:t>
      </w:r>
    </w:p>
    <w:sectPr w:rsidR="0030570A" w:rsidRPr="0087332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C4853" w14:textId="77777777" w:rsidR="007E17E4" w:rsidRDefault="007E17E4" w:rsidP="000227E4">
      <w:pPr>
        <w:spacing w:after="0" w:line="240" w:lineRule="auto"/>
      </w:pPr>
      <w:r>
        <w:separator/>
      </w:r>
    </w:p>
  </w:endnote>
  <w:endnote w:type="continuationSeparator" w:id="0">
    <w:p w14:paraId="4E841565" w14:textId="77777777" w:rsidR="007E17E4" w:rsidRDefault="007E17E4" w:rsidP="00022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17C87" w14:textId="77777777" w:rsidR="007E17E4" w:rsidRDefault="007E17E4" w:rsidP="000227E4">
      <w:pPr>
        <w:spacing w:after="0" w:line="240" w:lineRule="auto"/>
      </w:pPr>
      <w:r>
        <w:separator/>
      </w:r>
    </w:p>
  </w:footnote>
  <w:footnote w:type="continuationSeparator" w:id="0">
    <w:p w14:paraId="27A72A79" w14:textId="77777777" w:rsidR="007E17E4" w:rsidRDefault="007E17E4" w:rsidP="00022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72F740C"/>
    <w:multiLevelType w:val="multilevel"/>
    <w:tmpl w:val="7182F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D22543"/>
    <w:multiLevelType w:val="hybridMultilevel"/>
    <w:tmpl w:val="58ECC3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361A3D"/>
    <w:multiLevelType w:val="hybridMultilevel"/>
    <w:tmpl w:val="714855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C1C0920"/>
    <w:multiLevelType w:val="hybridMultilevel"/>
    <w:tmpl w:val="A61AC276"/>
    <w:lvl w:ilvl="0" w:tplc="BDBA215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50A4AC6"/>
    <w:multiLevelType w:val="hybridMultilevel"/>
    <w:tmpl w:val="C69AAA60"/>
    <w:lvl w:ilvl="0" w:tplc="E4089024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2"/>
  </w:num>
  <w:num w:numId="12">
    <w:abstractNumId w:val="10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27E4"/>
    <w:rsid w:val="00034616"/>
    <w:rsid w:val="00040B54"/>
    <w:rsid w:val="0006063C"/>
    <w:rsid w:val="0015074B"/>
    <w:rsid w:val="00151298"/>
    <w:rsid w:val="001714BA"/>
    <w:rsid w:val="002100BD"/>
    <w:rsid w:val="0029639D"/>
    <w:rsid w:val="0030570A"/>
    <w:rsid w:val="00323514"/>
    <w:rsid w:val="00326F90"/>
    <w:rsid w:val="00363786"/>
    <w:rsid w:val="003E5992"/>
    <w:rsid w:val="004348D3"/>
    <w:rsid w:val="004E1A52"/>
    <w:rsid w:val="00507064"/>
    <w:rsid w:val="005263E6"/>
    <w:rsid w:val="00543CAB"/>
    <w:rsid w:val="00627980"/>
    <w:rsid w:val="00722648"/>
    <w:rsid w:val="007E17E4"/>
    <w:rsid w:val="00873321"/>
    <w:rsid w:val="008B0E67"/>
    <w:rsid w:val="008C223F"/>
    <w:rsid w:val="00941702"/>
    <w:rsid w:val="009B5667"/>
    <w:rsid w:val="009D0581"/>
    <w:rsid w:val="009D3A0B"/>
    <w:rsid w:val="00A26F57"/>
    <w:rsid w:val="00A72F5E"/>
    <w:rsid w:val="00A7465B"/>
    <w:rsid w:val="00AA1D8D"/>
    <w:rsid w:val="00AC2B16"/>
    <w:rsid w:val="00B20E0E"/>
    <w:rsid w:val="00B47730"/>
    <w:rsid w:val="00B91D5E"/>
    <w:rsid w:val="00CA0153"/>
    <w:rsid w:val="00CA1B31"/>
    <w:rsid w:val="00CB0664"/>
    <w:rsid w:val="00CB5515"/>
    <w:rsid w:val="00CC1E49"/>
    <w:rsid w:val="00E6620E"/>
    <w:rsid w:val="00EB0FCA"/>
    <w:rsid w:val="00FC693F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3204FA"/>
  <w14:defaultImageDpi w14:val="300"/>
  <w15:docId w15:val="{FDF38DD9-C663-4029-94E7-08D59856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Hyperlink"/>
    <w:basedOn w:val="a2"/>
    <w:uiPriority w:val="99"/>
    <w:unhideWhenUsed/>
    <w:rsid w:val="00040B54"/>
    <w:rPr>
      <w:color w:val="0000FF" w:themeColor="hyperlink"/>
      <w:u w:val="single"/>
    </w:rPr>
  </w:style>
  <w:style w:type="character" w:styleId="affb">
    <w:name w:val="Unresolved Mention"/>
    <w:basedOn w:val="a2"/>
    <w:uiPriority w:val="99"/>
    <w:semiHidden/>
    <w:unhideWhenUsed/>
    <w:rsid w:val="00040B54"/>
    <w:rPr>
      <w:color w:val="605E5C"/>
      <w:shd w:val="clear" w:color="auto" w:fill="E1DFDD"/>
    </w:rPr>
  </w:style>
  <w:style w:type="character" w:styleId="affc">
    <w:name w:val="FollowedHyperlink"/>
    <w:basedOn w:val="a2"/>
    <w:uiPriority w:val="99"/>
    <w:semiHidden/>
    <w:unhideWhenUsed/>
    <w:rsid w:val="00CC1E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cxp.nthu.edu.tw/ccxp/INQUIR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DE3DCB2-FEB9-49F3-92D6-2883F7FBF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9</cp:revision>
  <dcterms:created xsi:type="dcterms:W3CDTF">2026-07-15T08:51:00Z</dcterms:created>
  <dcterms:modified xsi:type="dcterms:W3CDTF">2026-07-15T09:29:00Z</dcterms:modified>
  <cp:category/>
</cp:coreProperties>
</file>