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60BB9" w14:textId="77777777" w:rsidR="00CD5510" w:rsidRDefault="009D2E0A" w:rsidP="00CD5510">
      <w:pPr>
        <w:spacing w:line="360" w:lineRule="auto"/>
        <w:jc w:val="center"/>
        <w:rPr>
          <w:rFonts w:ascii="標楷體" w:eastAsia="標楷體" w:hAnsi="標楷體"/>
          <w:b/>
          <w:bCs/>
          <w:sz w:val="32"/>
          <w:szCs w:val="32"/>
          <w:lang w:eastAsia="zh-TW"/>
        </w:rPr>
      </w:pPr>
      <w:r w:rsidRPr="00CD5510">
        <w:rPr>
          <w:rFonts w:ascii="標楷體" w:eastAsia="標楷體" w:hAnsi="標楷體"/>
          <w:b/>
          <w:bCs/>
          <w:sz w:val="32"/>
          <w:szCs w:val="32"/>
          <w:lang w:eastAsia="zh-TW"/>
        </w:rPr>
        <w:t>國立清華大學研究人才資源中心</w:t>
      </w:r>
    </w:p>
    <w:p w14:paraId="210C76C5" w14:textId="783315A2" w:rsidR="00D11146" w:rsidRDefault="009D2E0A" w:rsidP="00CD5510">
      <w:pPr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  <w:r w:rsidRPr="000646D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11</w:t>
      </w:r>
      <w:r w:rsidR="00AB2C73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5</w:t>
      </w:r>
      <w:r w:rsidRPr="000646D8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學年度</w:t>
      </w:r>
      <w:r w:rsidR="00CD5510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博士後</w:t>
      </w:r>
      <w:r w:rsidR="006B00D6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研究員</w:t>
      </w:r>
      <w:r w:rsidR="00376A25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「</w:t>
      </w:r>
      <w:r w:rsidR="006B00D6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競爭性</w:t>
      </w:r>
      <w:r w:rsidRPr="00CD5510">
        <w:rPr>
          <w:rFonts w:ascii="標楷體" w:eastAsia="標楷體" w:hAnsi="標楷體"/>
          <w:b/>
          <w:bCs/>
          <w:sz w:val="28"/>
          <w:szCs w:val="28"/>
          <w:lang w:eastAsia="zh-TW"/>
        </w:rPr>
        <w:t>激勵薪資</w:t>
      </w:r>
      <w:r w:rsidR="00376A25">
        <w:rPr>
          <w:rFonts w:ascii="標楷體" w:eastAsia="標楷體" w:hAnsi="標楷體" w:hint="eastAsia"/>
          <w:b/>
          <w:bCs/>
          <w:sz w:val="28"/>
          <w:szCs w:val="28"/>
          <w:lang w:eastAsia="zh-TW"/>
        </w:rPr>
        <w:t>」</w:t>
      </w:r>
      <w:r w:rsidRPr="00CD5510">
        <w:rPr>
          <w:rFonts w:ascii="標楷體" w:eastAsia="標楷體" w:hAnsi="標楷體"/>
          <w:b/>
          <w:bCs/>
          <w:sz w:val="28"/>
          <w:szCs w:val="28"/>
          <w:lang w:eastAsia="zh-TW"/>
        </w:rPr>
        <w:t>申請表</w:t>
      </w:r>
    </w:p>
    <w:p w14:paraId="2E028C7C" w14:textId="5A27C42E" w:rsidR="006B00D6" w:rsidRPr="00376A25" w:rsidRDefault="006B00D6" w:rsidP="0014623B">
      <w:pPr>
        <w:spacing w:after="0" w:line="240" w:lineRule="auto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A1439">
        <w:rPr>
          <w:rFonts w:ascii="標楷體" w:eastAsia="標楷體" w:hAnsi="標楷體"/>
          <w:sz w:val="24"/>
          <w:szCs w:val="24"/>
          <w:lang w:eastAsia="zh-TW"/>
        </w:rPr>
        <w:t>本</w:t>
      </w:r>
      <w:proofErr w:type="gramStart"/>
      <w:r w:rsidRPr="00FA1439">
        <w:rPr>
          <w:rFonts w:ascii="標楷體" w:eastAsia="標楷體" w:hAnsi="標楷體"/>
          <w:sz w:val="24"/>
          <w:szCs w:val="24"/>
          <w:lang w:eastAsia="zh-TW"/>
        </w:rPr>
        <w:t>申請表供未</w:t>
      </w:r>
      <w:r w:rsidR="00FA1439" w:rsidRPr="00FA1439">
        <w:rPr>
          <w:rFonts w:ascii="Symbol" w:eastAsia="標楷體" w:hAnsi="Symbol" w:hint="eastAsia"/>
          <w:sz w:val="24"/>
          <w:szCs w:val="24"/>
          <w:lang w:eastAsia="zh-TW"/>
        </w:rPr>
        <w:t>獲</w:t>
      </w:r>
      <w:proofErr w:type="gramEnd"/>
      <w:r w:rsidR="00FA1439" w:rsidRPr="00FA1439">
        <w:rPr>
          <w:rFonts w:ascii="Symbol" w:eastAsia="標楷體" w:hAnsi="Symbol" w:hint="eastAsia"/>
          <w:sz w:val="24"/>
          <w:szCs w:val="24"/>
          <w:lang w:eastAsia="zh-TW"/>
        </w:rPr>
        <w:t>指導教授</w:t>
      </w:r>
      <w:r w:rsidR="00FA1439" w:rsidRPr="00FA1439">
        <w:rPr>
          <w:rFonts w:ascii="標楷體" w:eastAsia="標楷體" w:hAnsi="標楷體"/>
          <w:sz w:val="24"/>
          <w:szCs w:val="24"/>
          <w:lang w:eastAsia="zh-TW"/>
        </w:rPr>
        <w:t>提供</w:t>
      </w:r>
      <w:r w:rsidR="00FA1439" w:rsidRPr="00FA1439">
        <w:rPr>
          <w:rFonts w:ascii="Symbol" w:eastAsia="標楷體" w:hAnsi="Symbol" w:hint="eastAsia"/>
          <w:sz w:val="24"/>
          <w:szCs w:val="24"/>
          <w:lang w:eastAsia="zh-TW"/>
        </w:rPr>
        <w:t>額外薪資</w:t>
      </w:r>
      <w:r w:rsidRPr="00FA1439">
        <w:rPr>
          <w:rFonts w:ascii="標楷體" w:eastAsia="標楷體" w:hAnsi="標楷體"/>
          <w:sz w:val="24"/>
          <w:szCs w:val="24"/>
          <w:lang w:eastAsia="zh-TW"/>
        </w:rPr>
        <w:t>之博士後研究員申請</w:t>
      </w:r>
      <w:r w:rsidR="00376A25">
        <w:rPr>
          <w:rFonts w:ascii="標楷體" w:eastAsia="標楷體" w:hAnsi="標楷體" w:hint="eastAsia"/>
          <w:sz w:val="24"/>
          <w:szCs w:val="24"/>
          <w:lang w:eastAsia="zh-TW"/>
        </w:rPr>
        <w:t>「</w:t>
      </w:r>
      <w:r w:rsidRPr="00376A25">
        <w:rPr>
          <w:rFonts w:ascii="標楷體" w:eastAsia="標楷體" w:hAnsi="標楷體"/>
          <w:sz w:val="24"/>
          <w:szCs w:val="24"/>
          <w:lang w:eastAsia="zh-TW"/>
        </w:rPr>
        <w:t>競爭性激勵薪資</w:t>
      </w:r>
      <w:r w:rsidR="00376A25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 w:rsidRPr="00376A25">
        <w:rPr>
          <w:rFonts w:ascii="標楷體" w:eastAsia="標楷體" w:hAnsi="標楷體"/>
          <w:sz w:val="24"/>
          <w:szCs w:val="24"/>
          <w:lang w:eastAsia="zh-TW"/>
        </w:rPr>
        <w:t>使用。申請人需填妥下列資訊，並依研究人才資源中心公告之申請時程與作業流程，完成申請手續。</w:t>
      </w:r>
    </w:p>
    <w:p w14:paraId="20C12DB0" w14:textId="77777777" w:rsidR="006B00D6" w:rsidRPr="006B00D6" w:rsidRDefault="006B00D6" w:rsidP="00CD5510">
      <w:pPr>
        <w:spacing w:line="360" w:lineRule="auto"/>
        <w:jc w:val="center"/>
        <w:rPr>
          <w:rFonts w:ascii="標楷體" w:eastAsia="標楷體" w:hAnsi="標楷體"/>
          <w:b/>
          <w:bCs/>
          <w:sz w:val="28"/>
          <w:szCs w:val="28"/>
          <w:lang w:eastAsia="zh-TW"/>
        </w:rPr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3823"/>
        <w:gridCol w:w="4807"/>
      </w:tblGrid>
      <w:tr w:rsidR="00D11146" w:rsidRPr="00CD5510" w14:paraId="2B417DBE" w14:textId="77777777" w:rsidTr="00660B27">
        <w:tc>
          <w:tcPr>
            <w:tcW w:w="3823" w:type="dxa"/>
          </w:tcPr>
          <w:p w14:paraId="76353682" w14:textId="77777777" w:rsidR="00D11146" w:rsidRPr="00CD5510" w:rsidRDefault="009D2E0A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申請人姓名</w:t>
            </w:r>
            <w:proofErr w:type="spellEnd"/>
          </w:p>
        </w:tc>
        <w:tc>
          <w:tcPr>
            <w:tcW w:w="4807" w:type="dxa"/>
          </w:tcPr>
          <w:p w14:paraId="72791C59" w14:textId="77777777" w:rsidR="00D11146" w:rsidRPr="00CD5510" w:rsidRDefault="00D11146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11146" w:rsidRPr="00CD5510" w14:paraId="7A8D2D30" w14:textId="77777777" w:rsidTr="00660B27">
        <w:tc>
          <w:tcPr>
            <w:tcW w:w="3823" w:type="dxa"/>
          </w:tcPr>
          <w:p w14:paraId="0A819BCC" w14:textId="77777777" w:rsidR="00D11146" w:rsidRPr="00CD5510" w:rsidRDefault="009D2E0A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所屬單位</w:t>
            </w:r>
            <w:proofErr w:type="spellEnd"/>
          </w:p>
        </w:tc>
        <w:tc>
          <w:tcPr>
            <w:tcW w:w="4807" w:type="dxa"/>
          </w:tcPr>
          <w:p w14:paraId="2942964F" w14:textId="77777777" w:rsidR="00D11146" w:rsidRPr="00CD5510" w:rsidRDefault="00D11146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11146" w:rsidRPr="00CD5510" w14:paraId="1FAB50A6" w14:textId="77777777" w:rsidTr="00660B27">
        <w:tc>
          <w:tcPr>
            <w:tcW w:w="3823" w:type="dxa"/>
          </w:tcPr>
          <w:p w14:paraId="150B7823" w14:textId="74355611" w:rsidR="00D11146" w:rsidRPr="00CD5510" w:rsidRDefault="009D2E0A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D5510">
              <w:rPr>
                <w:rFonts w:ascii="標楷體" w:eastAsia="標楷體" w:hAnsi="標楷體"/>
                <w:sz w:val="24"/>
                <w:szCs w:val="24"/>
                <w:lang w:eastAsia="zh-TW"/>
              </w:rPr>
              <w:t>博士後研究</w:t>
            </w:r>
            <w:r w:rsidR="00AB2C73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之</w:t>
            </w:r>
            <w:r w:rsidRPr="00CD5510">
              <w:rPr>
                <w:rFonts w:ascii="標楷體" w:eastAsia="標楷體" w:hAnsi="標楷體"/>
                <w:sz w:val="24"/>
                <w:szCs w:val="24"/>
                <w:lang w:eastAsia="zh-TW"/>
              </w:rPr>
              <w:t>計畫名稱</w:t>
            </w:r>
            <w:r w:rsidR="00CD551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與計畫編號</w:t>
            </w:r>
          </w:p>
        </w:tc>
        <w:tc>
          <w:tcPr>
            <w:tcW w:w="4807" w:type="dxa"/>
          </w:tcPr>
          <w:p w14:paraId="66681B7F" w14:textId="77777777" w:rsidR="00AB2C73" w:rsidRDefault="00AB2C73" w:rsidP="00AB2C73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計畫名稱:</w:t>
            </w:r>
          </w:p>
          <w:p w14:paraId="740C8731" w14:textId="42F3B553" w:rsidR="00D11146" w:rsidRPr="00CD5510" w:rsidRDefault="00AB2C73" w:rsidP="00AB2C73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校內計畫編號:</w:t>
            </w:r>
          </w:p>
        </w:tc>
      </w:tr>
      <w:tr w:rsidR="00CD5510" w:rsidRPr="00CD5510" w14:paraId="62DBB55E" w14:textId="77777777" w:rsidTr="00660B27">
        <w:tc>
          <w:tcPr>
            <w:tcW w:w="3823" w:type="dxa"/>
          </w:tcPr>
          <w:p w14:paraId="7A56E915" w14:textId="06AD143C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博士後任職起迄日期</w:t>
            </w:r>
            <w:proofErr w:type="spellEnd"/>
          </w:p>
        </w:tc>
        <w:tc>
          <w:tcPr>
            <w:tcW w:w="4807" w:type="dxa"/>
          </w:tcPr>
          <w:p w14:paraId="7338BDF1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D5510" w:rsidRPr="00CD5510" w14:paraId="343604B9" w14:textId="77777777" w:rsidTr="00660B27">
        <w:tc>
          <w:tcPr>
            <w:tcW w:w="3823" w:type="dxa"/>
          </w:tcPr>
          <w:p w14:paraId="0A41AEE0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指導教授姓名</w:t>
            </w:r>
            <w:proofErr w:type="spellEnd"/>
          </w:p>
        </w:tc>
        <w:tc>
          <w:tcPr>
            <w:tcW w:w="4807" w:type="dxa"/>
          </w:tcPr>
          <w:p w14:paraId="14DE6E31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CD5510" w:rsidRPr="00CD5510" w14:paraId="05762351" w14:textId="77777777" w:rsidTr="00660B27">
        <w:tc>
          <w:tcPr>
            <w:tcW w:w="3823" w:type="dxa"/>
          </w:tcPr>
          <w:p w14:paraId="17600C85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指導教授所屬單位</w:t>
            </w:r>
            <w:proofErr w:type="spellEnd"/>
          </w:p>
        </w:tc>
        <w:tc>
          <w:tcPr>
            <w:tcW w:w="4807" w:type="dxa"/>
          </w:tcPr>
          <w:p w14:paraId="5ACCFF97" w14:textId="77777777" w:rsidR="00CD5510" w:rsidRPr="00CD5510" w:rsidRDefault="00CD5510" w:rsidP="00CD5510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0CE954AC" w14:textId="77777777" w:rsidR="00376A25" w:rsidRDefault="00376A25" w:rsidP="00376A25">
      <w:pPr>
        <w:spacing w:line="360" w:lineRule="auto"/>
        <w:rPr>
          <w:rFonts w:ascii="標楷體" w:eastAsia="標楷體" w:hAnsi="標楷體"/>
          <w:b/>
          <w:bCs/>
          <w:sz w:val="24"/>
          <w:szCs w:val="24"/>
          <w:lang w:eastAsia="zh-TW"/>
        </w:rPr>
      </w:pPr>
    </w:p>
    <w:p w14:paraId="646D116E" w14:textId="218881D4" w:rsidR="00D11146" w:rsidRPr="005F272A" w:rsidRDefault="009D2E0A" w:rsidP="00376A25">
      <w:pPr>
        <w:spacing w:line="360" w:lineRule="auto"/>
        <w:rPr>
          <w:rFonts w:ascii="標楷體" w:eastAsia="標楷體" w:hAnsi="標楷體"/>
          <w:b/>
          <w:bCs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b/>
          <w:bCs/>
          <w:sz w:val="24"/>
          <w:szCs w:val="24"/>
          <w:lang w:eastAsia="zh-TW"/>
        </w:rPr>
        <w:t>申請人研究簡述（限300字內）：</w:t>
      </w:r>
    </w:p>
    <w:p w14:paraId="474290F6" w14:textId="7EB964D7" w:rsidR="00D11146" w:rsidRPr="005F272A" w:rsidRDefault="009D2E0A">
      <w:pPr>
        <w:rPr>
          <w:rFonts w:ascii="標楷體" w:eastAsia="標楷體" w:hAnsi="標楷體"/>
          <w:color w:val="0000FF"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color w:val="0000FF"/>
          <w:sz w:val="24"/>
          <w:szCs w:val="24"/>
          <w:lang w:eastAsia="zh-TW"/>
        </w:rPr>
        <w:t>（請說明目前研究內容與預期成果）</w:t>
      </w:r>
    </w:p>
    <w:p w14:paraId="1C18E4FC" w14:textId="77777777" w:rsidR="00376A25" w:rsidRDefault="00376A25" w:rsidP="00376A25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05F49678" w14:textId="5B82BFCF" w:rsidR="00376A25" w:rsidRDefault="00376A25" w:rsidP="00376A25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42054749" w14:textId="5F8C8240" w:rsidR="00376A25" w:rsidRDefault="00376A25" w:rsidP="00376A25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2C6DBD13" w14:textId="08FB43FE" w:rsidR="00376A25" w:rsidRDefault="00376A25" w:rsidP="00376A25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2A6C22B1" w14:textId="77777777" w:rsidR="00376A25" w:rsidRDefault="00376A25" w:rsidP="00376A25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</w:p>
    <w:p w14:paraId="39A25AA6" w14:textId="784FDA49" w:rsidR="00376A25" w:rsidRDefault="00376A25" w:rsidP="00376A25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sz w:val="24"/>
          <w:szCs w:val="24"/>
          <w:lang w:eastAsia="zh-TW"/>
        </w:rPr>
        <w:t>申請人簽章：________________________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5F272A">
        <w:rPr>
          <w:rFonts w:ascii="標楷體" w:eastAsia="標楷體" w:hAnsi="標楷體"/>
          <w:sz w:val="24"/>
          <w:szCs w:val="24"/>
          <w:lang w:eastAsia="zh-TW"/>
        </w:rPr>
        <w:t xml:space="preserve">　　</w:t>
      </w: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5F272A">
        <w:rPr>
          <w:rFonts w:ascii="標楷體" w:eastAsia="標楷體" w:hAnsi="標楷體"/>
          <w:sz w:val="24"/>
          <w:szCs w:val="24"/>
          <w:lang w:eastAsia="zh-TW"/>
        </w:rPr>
        <w:t>日期：</w:t>
      </w:r>
      <w:r w:rsidR="0040551D" w:rsidRPr="005F272A">
        <w:rPr>
          <w:rFonts w:ascii="標楷體" w:eastAsia="標楷體" w:hAnsi="標楷體"/>
          <w:sz w:val="24"/>
          <w:szCs w:val="24"/>
          <w:lang w:eastAsia="zh-TW"/>
        </w:rPr>
        <w:t>______________</w:t>
      </w:r>
    </w:p>
    <w:p w14:paraId="247C51FF" w14:textId="4378CCE2" w:rsidR="00376A25" w:rsidRPr="00E50E53" w:rsidRDefault="00376A25" w:rsidP="00376A25">
      <w:pPr>
        <w:spacing w:line="360" w:lineRule="auto"/>
        <w:rPr>
          <w:rFonts w:ascii="標楷體" w:eastAsia="標楷體" w:hAnsi="標楷體"/>
          <w:sz w:val="24"/>
          <w:szCs w:val="24"/>
          <w:lang w:eastAsia="zh-TW"/>
        </w:rPr>
      </w:pPr>
      <w:r w:rsidRPr="005F272A">
        <w:rPr>
          <w:rFonts w:ascii="標楷體" w:eastAsia="標楷體" w:hAnsi="標楷體"/>
          <w:sz w:val="24"/>
          <w:szCs w:val="24"/>
          <w:lang w:eastAsia="zh-TW"/>
        </w:rPr>
        <w:t xml:space="preserve">指導教授簽章：______________________ </w:t>
      </w:r>
      <w:r w:rsidR="0040551D">
        <w:rPr>
          <w:rFonts w:ascii="標楷體" w:eastAsia="標楷體" w:hAnsi="標楷體" w:hint="eastAsia"/>
          <w:sz w:val="24"/>
          <w:szCs w:val="24"/>
          <w:lang w:eastAsia="zh-TW"/>
        </w:rPr>
        <w:t xml:space="preserve">   </w:t>
      </w:r>
      <w:r w:rsidRPr="005F272A">
        <w:rPr>
          <w:rFonts w:ascii="標楷體" w:eastAsia="標楷體" w:hAnsi="標楷體"/>
          <w:sz w:val="24"/>
          <w:szCs w:val="24"/>
          <w:lang w:eastAsia="zh-TW"/>
        </w:rPr>
        <w:t xml:space="preserve">   日期：______________</w:t>
      </w:r>
    </w:p>
    <w:p w14:paraId="5062663F" w14:textId="77777777" w:rsidR="00376A25" w:rsidRPr="005729EB" w:rsidRDefault="00376A25" w:rsidP="00376A25">
      <w:pPr>
        <w:pStyle w:val="ae"/>
        <w:spacing w:after="0" w:line="460" w:lineRule="exact"/>
        <w:ind w:left="360"/>
        <w:rPr>
          <w:rFonts w:ascii="標楷體" w:eastAsia="標楷體" w:hAnsi="標楷體" w:cs="新細明體"/>
          <w:sz w:val="24"/>
          <w:szCs w:val="24"/>
          <w:lang w:eastAsia="zh-TW"/>
        </w:rPr>
      </w:pPr>
    </w:p>
    <w:p w14:paraId="69F96B15" w14:textId="77777777" w:rsidR="00376A25" w:rsidRPr="005729EB" w:rsidRDefault="00376A25" w:rsidP="00376A25">
      <w:pPr>
        <w:pStyle w:val="ae"/>
        <w:numPr>
          <w:ilvl w:val="0"/>
          <w:numId w:val="10"/>
        </w:numPr>
        <w:rPr>
          <w:rFonts w:ascii="標楷體" w:eastAsia="標楷體" w:hAnsi="標楷體"/>
          <w:b/>
          <w:bCs/>
          <w:sz w:val="24"/>
          <w:szCs w:val="24"/>
          <w:lang w:eastAsia="zh-TW"/>
        </w:rPr>
      </w:pPr>
      <w:r w:rsidRPr="005729EB">
        <w:rPr>
          <w:rFonts w:ascii="標楷體" w:eastAsia="標楷體" w:hAnsi="標楷體"/>
          <w:b/>
          <w:bCs/>
          <w:sz w:val="24"/>
          <w:szCs w:val="24"/>
          <w:lang w:eastAsia="zh-TW"/>
        </w:rPr>
        <w:t>備註：</w:t>
      </w:r>
    </w:p>
    <w:p w14:paraId="208DE98F" w14:textId="0A65B1FF" w:rsidR="00376A25" w:rsidRPr="00E50E53" w:rsidRDefault="001B1AE6" w:rsidP="00376A25">
      <w:pPr>
        <w:pStyle w:val="ae"/>
        <w:numPr>
          <w:ilvl w:val="0"/>
          <w:numId w:val="15"/>
        </w:numPr>
        <w:spacing w:beforeLines="50" w:before="120" w:after="0" w:line="40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標楷體" w:eastAsia="標楷體" w:hAnsi="標楷體"/>
          <w:sz w:val="24"/>
          <w:szCs w:val="24"/>
          <w:lang w:eastAsia="zh-TW"/>
        </w:rPr>
        <w:t>本表填妥後，申請人應於研究人才資源中心公告期限</w:t>
      </w:r>
      <w:r w:rsidRPr="00E50E53">
        <w:rPr>
          <w:rFonts w:ascii="標楷體" w:eastAsia="標楷體" w:hAnsi="標楷體" w:cs="微軟正黑體" w:hint="eastAsia"/>
          <w:sz w:val="24"/>
          <w:szCs w:val="24"/>
          <w:lang w:eastAsia="zh-TW"/>
        </w:rPr>
        <w:t>內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，自校務資訊系統</w:t>
      </w:r>
      <w:r w:rsidRPr="00040B54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hyperlink r:id="rId8" w:history="1">
        <w:r w:rsidRPr="00FB7C22">
          <w:rPr>
            <w:rStyle w:val="affa"/>
            <w:rFonts w:ascii="Times New Roman" w:eastAsia="標楷體" w:hAnsi="Times New Roman" w:cs="Times New Roman"/>
            <w:sz w:val="24"/>
            <w:szCs w:val="24"/>
            <w:lang w:eastAsia="zh-TW"/>
          </w:rPr>
          <w:t>https://www.ccxp.nthu.edu.tw/ccxp/INQUIRE/</w:t>
        </w:r>
      </w:hyperlink>
      <w:r w:rsidRPr="00040B54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進入「研發處資訊系統」</w:t>
      </w:r>
      <w:r w:rsidRPr="00597EB7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→</w:t>
      </w:r>
      <w:r w:rsidRPr="00597EB7">
        <w:rPr>
          <w:rFonts w:ascii="標楷體" w:eastAsia="標楷體" w:hAnsi="標楷體" w:cs="MS Mincho" w:hint="eastAsia"/>
          <w:b/>
          <w:color w:val="000000" w:themeColor="text1"/>
          <w:sz w:val="24"/>
          <w:szCs w:val="24"/>
          <w:lang w:eastAsia="zh-TW"/>
        </w:rPr>
        <w:t>「研究人才資源中心資訊系統」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之申請介面上傳提交</w:t>
      </w:r>
      <w:r w:rsidR="00660B27" w:rsidRPr="00660B27">
        <w:rPr>
          <w:rFonts w:ascii="Times New Roman" w:eastAsia="標楷體" w:hAnsi="Times New Roman" w:cs="Times New Roman"/>
          <w:sz w:val="24"/>
          <w:szCs w:val="24"/>
          <w:lang w:eastAsia="zh-TW"/>
        </w:rPr>
        <w:t>(PDF</w:t>
      </w:r>
      <w:r w:rsidR="00660B27" w:rsidRPr="00660B27">
        <w:rPr>
          <w:rFonts w:ascii="Times New Roman" w:eastAsia="標楷體" w:hAnsi="Times New Roman" w:cs="Times New Roman"/>
          <w:sz w:val="24"/>
          <w:szCs w:val="24"/>
          <w:lang w:eastAsia="zh-TW"/>
        </w:rPr>
        <w:t>檔</w:t>
      </w:r>
      <w:r w:rsidR="00660B27">
        <w:rPr>
          <w:rFonts w:ascii="標楷體" w:eastAsia="標楷體" w:hAnsi="標楷體" w:cs="MS Mincho" w:hint="eastAsia"/>
          <w:sz w:val="24"/>
          <w:szCs w:val="24"/>
          <w:lang w:eastAsia="zh-TW"/>
        </w:rPr>
        <w:t>)</w:t>
      </w:r>
      <w:r w:rsidRPr="00E50E53">
        <w:rPr>
          <w:rFonts w:ascii="標楷體" w:eastAsia="標楷體" w:hAnsi="標楷體" w:cs="MS Mincho" w:hint="eastAsia"/>
          <w:sz w:val="24"/>
          <w:szCs w:val="24"/>
          <w:lang w:eastAsia="zh-TW"/>
        </w:rPr>
        <w:t>，逾期恕不受理。</w:t>
      </w:r>
    </w:p>
    <w:p w14:paraId="442EEA09" w14:textId="77777777" w:rsidR="00AB2C73" w:rsidRPr="00E50E53" w:rsidRDefault="00AB2C73" w:rsidP="00AB2C73">
      <w:pPr>
        <w:pStyle w:val="ae"/>
        <w:numPr>
          <w:ilvl w:val="0"/>
          <w:numId w:val="15"/>
        </w:numPr>
        <w:spacing w:after="0" w:line="36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申請人另須上傳以下</w:t>
      </w:r>
      <w:r>
        <w:rPr>
          <w:rFonts w:ascii="Times New Roman" w:eastAsia="標楷體" w:hAnsi="Times New Roman" w:cs="Times New Roman" w:hint="eastAsia"/>
          <w:b/>
          <w:bCs/>
          <w:sz w:val="24"/>
          <w:szCs w:val="24"/>
          <w:lang w:eastAsia="zh-TW"/>
        </w:rPr>
        <w:t>附件</w:t>
      </w:r>
      <w:r w:rsidRPr="00E50E53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資料</w:t>
      </w:r>
      <w:r>
        <w:rPr>
          <w:rFonts w:ascii="Times New Roman" w:eastAsia="標楷體" w:hAnsi="Times New Roman" w:cs="Times New Roman" w:hint="eastAsia"/>
          <w:b/>
          <w:bCs/>
          <w:sz w:val="24"/>
          <w:szCs w:val="24"/>
          <w:lang w:eastAsia="zh-TW"/>
        </w:rPr>
        <w:t xml:space="preserve"> </w:t>
      </w:r>
      <w:r w:rsidRPr="000227E4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請將資料合併成一份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PDF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檔，再上傳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E50E53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:</w:t>
      </w:r>
    </w:p>
    <w:p w14:paraId="56D5302A" w14:textId="14EF4526" w:rsidR="00AB2C73" w:rsidRDefault="00AB2C73" w:rsidP="00AB2C73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(1)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博士後研究人員資料表</w:t>
      </w:r>
    </w:p>
    <w:p w14:paraId="4BA58D61" w14:textId="77777777" w:rsidR="00AB2C73" w:rsidRDefault="00AB2C73" w:rsidP="00AB2C73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(2)</w:t>
      </w:r>
      <w:r w:rsidRPr="002F245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博士後指導教授推薦信</w:t>
      </w:r>
    </w:p>
    <w:p w14:paraId="292D9F13" w14:textId="77777777" w:rsidR="00AB2C73" w:rsidRDefault="00AB2C73" w:rsidP="00AB2C73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(3)</w:t>
      </w:r>
      <w:r w:rsidRPr="002F245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個人履歷</w:t>
      </w:r>
    </w:p>
    <w:p w14:paraId="563C77C3" w14:textId="77777777" w:rsidR="00AB2C73" w:rsidRDefault="00AB2C73" w:rsidP="00AB2C73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(4)</w:t>
      </w:r>
      <w:r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著作目錄</w:t>
      </w:r>
    </w:p>
    <w:p w14:paraId="68CB6834" w14:textId="77777777" w:rsidR="00AB2C73" w:rsidRDefault="00AB2C73" w:rsidP="00AB2C73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(5)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其他有助審查資料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非必須提供</w:t>
      </w:r>
      <w:proofErr w:type="gramStart"/>
      <w:r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）</w:t>
      </w:r>
      <w:proofErr w:type="gramEnd"/>
    </w:p>
    <w:p w14:paraId="5E69701A" w14:textId="51414D2E" w:rsidR="00AB2C73" w:rsidRPr="007F778E" w:rsidRDefault="00AB2C73" w:rsidP="00AB2C73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(6) 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前一年度研究工作報告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bookmarkStart w:id="0" w:name="_GoBack"/>
      <w:bookmarkEnd w:id="0"/>
      <w:r w:rsidR="00BC41F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目前已受研究人才資源中心激勵薪資或小型專案計畫補助者</w:t>
      </w:r>
      <w:r w:rsidR="00BC41F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</w:p>
    <w:p w14:paraId="68E69DCB" w14:textId="2A23FBC9" w:rsidR="00376A25" w:rsidRDefault="0014623B" w:rsidP="00376A25">
      <w:pPr>
        <w:pStyle w:val="ae"/>
        <w:numPr>
          <w:ilvl w:val="0"/>
          <w:numId w:val="15"/>
        </w:numPr>
        <w:spacing w:beforeLines="50" w:before="120" w:after="0" w:line="40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376A25">
        <w:rPr>
          <w:rFonts w:ascii="標楷體" w:eastAsia="標楷體" w:hAnsi="標楷體"/>
          <w:sz w:val="24"/>
          <w:szCs w:val="24"/>
          <w:lang w:eastAsia="zh-TW"/>
        </w:rPr>
        <w:t>通過者可獲核發每月新台幣</w:t>
      </w:r>
      <w:proofErr w:type="gramStart"/>
      <w:r w:rsidRPr="00376A25">
        <w:rPr>
          <w:rFonts w:ascii="標楷體" w:eastAsia="標楷體" w:hAnsi="標楷體"/>
          <w:sz w:val="24"/>
          <w:szCs w:val="24"/>
          <w:lang w:eastAsia="zh-TW"/>
        </w:rPr>
        <w:t>一</w:t>
      </w:r>
      <w:proofErr w:type="gramEnd"/>
      <w:r w:rsidRPr="00376A25">
        <w:rPr>
          <w:rFonts w:ascii="標楷體" w:eastAsia="標楷體" w:hAnsi="標楷體"/>
          <w:sz w:val="24"/>
          <w:szCs w:val="24"/>
          <w:lang w:eastAsia="zh-TW"/>
        </w:rPr>
        <w:t>萬元之激勵性薪資</w:t>
      </w:r>
      <w:r w:rsidRPr="00376A2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</w:t>
      </w:r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核發期間至多為一年</w:t>
      </w:r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最長可至</w:t>
      </w:r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11</w:t>
      </w:r>
      <w:r w:rsidR="00AB2C73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6</w:t>
      </w:r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7</w:t>
      </w:r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proofErr w:type="gramStart"/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）</w:t>
      </w:r>
      <w:proofErr w:type="gramEnd"/>
      <w:r w:rsidR="00AB2C73" w:rsidRPr="00E50E53">
        <w:rPr>
          <w:rFonts w:ascii="Times New Roman" w:eastAsia="標楷體" w:hAnsi="Times New Roman" w:cs="Times New Roman"/>
          <w:sz w:val="24"/>
          <w:szCs w:val="24"/>
          <w:lang w:eastAsia="zh-TW"/>
        </w:rPr>
        <w:t>，期滿後須重新申請及評定。</w:t>
      </w:r>
    </w:p>
    <w:p w14:paraId="3EF7B05E" w14:textId="7EC86564" w:rsidR="005F272A" w:rsidRPr="00376A25" w:rsidRDefault="009D2E0A" w:rsidP="00376A25">
      <w:pPr>
        <w:pStyle w:val="ae"/>
        <w:numPr>
          <w:ilvl w:val="0"/>
          <w:numId w:val="15"/>
        </w:numPr>
        <w:spacing w:beforeLines="50" w:before="120" w:after="0" w:line="40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376A25">
        <w:rPr>
          <w:rFonts w:ascii="標楷體" w:eastAsia="標楷體" w:hAnsi="標楷體"/>
          <w:sz w:val="24"/>
          <w:szCs w:val="24"/>
          <w:lang w:eastAsia="zh-TW"/>
        </w:rPr>
        <w:t>通過審</w:t>
      </w:r>
      <w:r w:rsidRPr="00376A25">
        <w:rPr>
          <w:rFonts w:ascii="標楷體" w:eastAsia="標楷體" w:hAnsi="標楷體" w:cs="微軟正黑體" w:hint="eastAsia"/>
          <w:sz w:val="24"/>
          <w:szCs w:val="24"/>
          <w:lang w:eastAsia="zh-TW"/>
        </w:rPr>
        <w:t>查</w:t>
      </w:r>
      <w:r w:rsidRPr="00376A25">
        <w:rPr>
          <w:rFonts w:ascii="標楷體" w:eastAsia="標楷體" w:hAnsi="標楷體" w:cs="MS Mincho" w:hint="eastAsia"/>
          <w:sz w:val="24"/>
          <w:szCs w:val="24"/>
          <w:lang w:eastAsia="zh-TW"/>
        </w:rPr>
        <w:t>者將獲授「清華博士後研究學者」頭銜。</w:t>
      </w:r>
    </w:p>
    <w:p w14:paraId="3C4D97A5" w14:textId="77777777" w:rsidR="005F272A" w:rsidRPr="005F272A" w:rsidRDefault="005F272A" w:rsidP="00376A25">
      <w:pPr>
        <w:spacing w:beforeLines="50" w:before="120" w:after="0"/>
        <w:rPr>
          <w:rFonts w:ascii="標楷體" w:eastAsia="標楷體" w:hAnsi="標楷體"/>
          <w:lang w:eastAsia="zh-TW"/>
        </w:rPr>
      </w:pPr>
    </w:p>
    <w:sectPr w:rsidR="005F272A" w:rsidRPr="005F272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1067F" w14:textId="77777777" w:rsidR="00780563" w:rsidRDefault="00780563" w:rsidP="00376A25">
      <w:pPr>
        <w:spacing w:after="0" w:line="240" w:lineRule="auto"/>
      </w:pPr>
      <w:r>
        <w:separator/>
      </w:r>
    </w:p>
  </w:endnote>
  <w:endnote w:type="continuationSeparator" w:id="0">
    <w:p w14:paraId="5B49AE19" w14:textId="77777777" w:rsidR="00780563" w:rsidRDefault="00780563" w:rsidP="00376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A330B" w14:textId="77777777" w:rsidR="00780563" w:rsidRDefault="00780563" w:rsidP="00376A25">
      <w:pPr>
        <w:spacing w:after="0" w:line="240" w:lineRule="auto"/>
      </w:pPr>
      <w:r>
        <w:separator/>
      </w:r>
    </w:p>
  </w:footnote>
  <w:footnote w:type="continuationSeparator" w:id="0">
    <w:p w14:paraId="4DFFABDA" w14:textId="77777777" w:rsidR="00780563" w:rsidRDefault="00780563" w:rsidP="00376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02F535E"/>
    <w:multiLevelType w:val="hybridMultilevel"/>
    <w:tmpl w:val="0AC6A3CE"/>
    <w:lvl w:ilvl="0" w:tplc="86E8D1AE">
      <w:start w:val="1"/>
      <w:numFmt w:val="taiwaneseCountingThousand"/>
      <w:lvlText w:val="%1、"/>
      <w:lvlJc w:val="left"/>
      <w:pPr>
        <w:ind w:left="497" w:hanging="497"/>
      </w:pPr>
      <w:rPr>
        <w:rFonts w:hint="default"/>
        <w:b w:val="0"/>
        <w:bCs/>
      </w:rPr>
    </w:lvl>
    <w:lvl w:ilvl="1" w:tplc="78083164">
      <w:start w:val="1"/>
      <w:numFmt w:val="taiwaneseCountingThousand"/>
      <w:lvlText w:val="(%2)"/>
      <w:lvlJc w:val="left"/>
      <w:pPr>
        <w:ind w:left="960" w:hanging="480"/>
      </w:pPr>
      <w:rPr>
        <w:rFonts w:ascii="標楷體" w:hAnsi="標楷體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361A3D"/>
    <w:multiLevelType w:val="hybridMultilevel"/>
    <w:tmpl w:val="3F180E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BA1AC4"/>
    <w:multiLevelType w:val="hybridMultilevel"/>
    <w:tmpl w:val="F6188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B70838"/>
    <w:multiLevelType w:val="hybridMultilevel"/>
    <w:tmpl w:val="9C96B7E2"/>
    <w:lvl w:ilvl="0" w:tplc="E0C6C0B0">
      <w:start w:val="1"/>
      <w:numFmt w:val="decimal"/>
      <w:lvlText w:val="(%1)"/>
      <w:lvlJc w:val="left"/>
      <w:pPr>
        <w:ind w:left="360" w:hanging="360"/>
      </w:pPr>
      <w:rPr>
        <w:rFonts w:ascii="Segoe UI Symbol" w:hAnsi="Segoe UI Symbol" w:cs="Segoe UI Symbo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0A4AC6"/>
    <w:multiLevelType w:val="hybridMultilevel"/>
    <w:tmpl w:val="C69AAA60"/>
    <w:lvl w:ilvl="0" w:tplc="E408902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E4385C"/>
    <w:multiLevelType w:val="hybridMultilevel"/>
    <w:tmpl w:val="C8EEEAB6"/>
    <w:lvl w:ilvl="0" w:tplc="18E46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1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3C67"/>
    <w:rsid w:val="00145C2E"/>
    <w:rsid w:val="0014623B"/>
    <w:rsid w:val="0015074B"/>
    <w:rsid w:val="00154637"/>
    <w:rsid w:val="001B1AE6"/>
    <w:rsid w:val="0029639D"/>
    <w:rsid w:val="00326F90"/>
    <w:rsid w:val="00374B99"/>
    <w:rsid w:val="00376A25"/>
    <w:rsid w:val="0040551D"/>
    <w:rsid w:val="00416D7B"/>
    <w:rsid w:val="004B7DA1"/>
    <w:rsid w:val="005166FF"/>
    <w:rsid w:val="005C67E0"/>
    <w:rsid w:val="005F272A"/>
    <w:rsid w:val="00647F6C"/>
    <w:rsid w:val="00660B27"/>
    <w:rsid w:val="006B00D6"/>
    <w:rsid w:val="00770134"/>
    <w:rsid w:val="00780563"/>
    <w:rsid w:val="007F3FE2"/>
    <w:rsid w:val="009C66F9"/>
    <w:rsid w:val="009D2E0A"/>
    <w:rsid w:val="009F1569"/>
    <w:rsid w:val="00AA1D8D"/>
    <w:rsid w:val="00AB2C73"/>
    <w:rsid w:val="00AF61FB"/>
    <w:rsid w:val="00B47730"/>
    <w:rsid w:val="00B9057C"/>
    <w:rsid w:val="00BC41F6"/>
    <w:rsid w:val="00CB0664"/>
    <w:rsid w:val="00CD4C5C"/>
    <w:rsid w:val="00CD5510"/>
    <w:rsid w:val="00D11146"/>
    <w:rsid w:val="00EC0275"/>
    <w:rsid w:val="00EF2CE2"/>
    <w:rsid w:val="00F31433"/>
    <w:rsid w:val="00F475E2"/>
    <w:rsid w:val="00FA1439"/>
    <w:rsid w:val="00FA2B1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048985"/>
  <w14:defaultImageDpi w14:val="300"/>
  <w15:docId w15:val="{FDF38DD9-C663-4029-94E7-08D59856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Hyperlink"/>
    <w:basedOn w:val="a2"/>
    <w:uiPriority w:val="99"/>
    <w:unhideWhenUsed/>
    <w:rsid w:val="00416D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xp.nthu.edu.tw/ccxp/INQUIR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CF1EC3-6E05-4778-9955-5CDC32A92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6</cp:revision>
  <dcterms:created xsi:type="dcterms:W3CDTF">2026-07-15T07:58:00Z</dcterms:created>
  <dcterms:modified xsi:type="dcterms:W3CDTF">2026-07-15T09:28:00Z</dcterms:modified>
  <cp:category/>
</cp:coreProperties>
</file>